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C65C5" w14:textId="75030833" w:rsidR="002A31B9" w:rsidRPr="00D32426" w:rsidRDefault="002A31B9" w:rsidP="002A31B9">
      <w:pPr>
        <w:rPr>
          <w:b/>
          <w:bCs/>
        </w:rPr>
      </w:pPr>
      <w:r w:rsidRPr="00D32426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1A3DD90C" wp14:editId="7A002126">
            <wp:simplePos x="0" y="0"/>
            <wp:positionH relativeFrom="column">
              <wp:posOffset>3847465</wp:posOffset>
            </wp:positionH>
            <wp:positionV relativeFrom="paragraph">
              <wp:posOffset>-548640</wp:posOffset>
            </wp:positionV>
            <wp:extent cx="609600" cy="777240"/>
            <wp:effectExtent l="0" t="0" r="0" b="3810"/>
            <wp:wrapThrough wrapText="bothSides">
              <wp:wrapPolygon edited="0">
                <wp:start x="0" y="0"/>
                <wp:lineTo x="0" y="21176"/>
                <wp:lineTo x="20925" y="21176"/>
                <wp:lineTo x="20925" y="0"/>
                <wp:lineTo x="0" y="0"/>
              </wp:wrapPolygon>
            </wp:wrapThrough>
            <wp:docPr id="165012238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3990A30" w14:textId="77777777" w:rsidR="002A31B9" w:rsidRPr="00D32426" w:rsidRDefault="002A31B9" w:rsidP="002A31B9">
      <w:pPr>
        <w:spacing w:after="0" w:line="240" w:lineRule="auto"/>
        <w:jc w:val="center"/>
        <w:rPr>
          <w:b/>
          <w:bCs/>
        </w:rPr>
      </w:pPr>
      <w:r w:rsidRPr="00D32426">
        <w:rPr>
          <w:b/>
          <w:bCs/>
        </w:rPr>
        <w:t>UNIVERSIDADE FEDERAL DO PARÁ</w:t>
      </w:r>
    </w:p>
    <w:p w14:paraId="6128A22F" w14:textId="77777777" w:rsidR="002A31B9" w:rsidRDefault="002A31B9" w:rsidP="002A31B9">
      <w:pPr>
        <w:spacing w:after="0" w:line="240" w:lineRule="auto"/>
        <w:jc w:val="center"/>
        <w:rPr>
          <w:b/>
          <w:bCs/>
        </w:rPr>
      </w:pPr>
      <w:r w:rsidRPr="00D32426">
        <w:rPr>
          <w:b/>
          <w:bCs/>
        </w:rPr>
        <w:t>PRÓ-REITORIA DE PESQUISA E PÓS-GRADUAÇÃO</w:t>
      </w:r>
    </w:p>
    <w:p w14:paraId="0B154A15" w14:textId="50031A74" w:rsidR="00D848CB" w:rsidRPr="00D32426" w:rsidRDefault="00D848CB" w:rsidP="002A31B9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DIRETORIA DE PROGRAMAS ESTRATÉGICOS</w:t>
      </w:r>
    </w:p>
    <w:p w14:paraId="493C743C" w14:textId="77777777" w:rsidR="002A31B9" w:rsidRPr="00D32426" w:rsidRDefault="002A31B9"/>
    <w:p w14:paraId="31F44B53" w14:textId="2752AA6A" w:rsidR="002A31B9" w:rsidRPr="00D32426" w:rsidRDefault="00771E5D" w:rsidP="002A31B9">
      <w:pPr>
        <w:jc w:val="center"/>
        <w:rPr>
          <w:b/>
          <w:bCs/>
        </w:rPr>
      </w:pPr>
      <w:r>
        <w:rPr>
          <w:b/>
          <w:bCs/>
        </w:rPr>
        <w:t>INFORMAÇÕES COMPLEMENTARES</w:t>
      </w:r>
      <w:r w:rsidR="00071A92" w:rsidRPr="00D32426">
        <w:rPr>
          <w:b/>
          <w:bCs/>
        </w:rPr>
        <w:t xml:space="preserve"> </w:t>
      </w:r>
    </w:p>
    <w:p w14:paraId="7EA5F4D1" w14:textId="77777777" w:rsidR="003228E2" w:rsidRPr="00B001FE" w:rsidRDefault="003228E2" w:rsidP="00953C9D">
      <w:pPr>
        <w:spacing w:after="0" w:line="240" w:lineRule="auto"/>
        <w:jc w:val="both"/>
        <w:rPr>
          <w:b/>
          <w:bCs/>
        </w:rPr>
      </w:pPr>
      <w:r w:rsidRPr="00B001FE">
        <w:rPr>
          <w:b/>
          <w:bCs/>
        </w:rPr>
        <w:t>Este formulário destina-se à complementação das informações apresentadas na candidatura, com o objetivo de subsidiar as próximas etapas de acompanhamento técnico e elaboração da proposta de APCN.</w:t>
      </w:r>
    </w:p>
    <w:p w14:paraId="3426A289" w14:textId="77777777" w:rsidR="003228E2" w:rsidRPr="00B001FE" w:rsidRDefault="003228E2" w:rsidP="00953C9D">
      <w:pPr>
        <w:spacing w:after="0" w:line="240" w:lineRule="auto"/>
        <w:jc w:val="both"/>
        <w:rPr>
          <w:b/>
          <w:bCs/>
        </w:rPr>
      </w:pPr>
    </w:p>
    <w:p w14:paraId="2101D321" w14:textId="2A55AEFB" w:rsidR="003228E2" w:rsidRPr="00B001FE" w:rsidRDefault="003228E2" w:rsidP="00953C9D">
      <w:pPr>
        <w:spacing w:after="0" w:line="240" w:lineRule="auto"/>
        <w:jc w:val="both"/>
        <w:rPr>
          <w:b/>
          <w:bCs/>
        </w:rPr>
      </w:pPr>
      <w:r w:rsidRPr="003228E2">
        <w:rPr>
          <w:b/>
          <w:bCs/>
        </w:rPr>
        <w:t xml:space="preserve">O preenchimento deverá observar as recomendações constantes no Parecer Técnico Preliminar e os </w:t>
      </w:r>
      <w:r w:rsidRPr="003228E2">
        <w:rPr>
          <w:b/>
          <w:bCs/>
          <w:highlight w:val="yellow"/>
        </w:rPr>
        <w:t>critérios estabelecidos no Documento Orientador de APCN da respectiva Área de Avaliação da CAPES</w:t>
      </w:r>
      <w:r w:rsidRPr="003228E2">
        <w:rPr>
          <w:b/>
          <w:bCs/>
        </w:rPr>
        <w:t>.</w:t>
      </w:r>
      <w:r w:rsidRPr="00B001FE">
        <w:rPr>
          <w:b/>
          <w:bCs/>
        </w:rPr>
        <w:t xml:space="preserve"> </w:t>
      </w:r>
    </w:p>
    <w:p w14:paraId="77026965" w14:textId="5529006A" w:rsidR="00FC09B3" w:rsidRPr="00B001FE" w:rsidRDefault="00953C9D" w:rsidP="00953C9D">
      <w:pPr>
        <w:spacing w:after="0" w:line="240" w:lineRule="auto"/>
        <w:jc w:val="both"/>
        <w:rPr>
          <w:b/>
          <w:bCs/>
        </w:rPr>
      </w:pPr>
      <w:r w:rsidRPr="00B001FE">
        <w:rPr>
          <w:b/>
          <w:bCs/>
        </w:rPr>
        <w:t xml:space="preserve">Acesso aos documentos de área da CAPES: </w:t>
      </w:r>
      <w:hyperlink r:id="rId7" w:history="1">
        <w:r w:rsidR="00581F80" w:rsidRPr="00B001FE">
          <w:rPr>
            <w:rStyle w:val="Hyperlink"/>
            <w:b/>
            <w:bCs/>
          </w:rPr>
          <w:t>https://www.gov.br/capes/pt-br/acesso-a-informacao/acoes-e-programas/avaliacao/sobre-a-avaliacao/areas-avaliacao/sobre-as-areas-de-avaliacao/sobre-as-areas-de-avaliacao</w:t>
        </w:r>
      </w:hyperlink>
      <w:r w:rsidR="00581F80" w:rsidRPr="00B001FE">
        <w:rPr>
          <w:b/>
          <w:bCs/>
        </w:rPr>
        <w:t xml:space="preserve"> </w:t>
      </w:r>
    </w:p>
    <w:p w14:paraId="3F43E284" w14:textId="77777777" w:rsidR="003228E2" w:rsidRPr="00B001FE" w:rsidRDefault="003228E2" w:rsidP="00953C9D">
      <w:pPr>
        <w:spacing w:after="0" w:line="240" w:lineRule="auto"/>
        <w:jc w:val="both"/>
        <w:rPr>
          <w:b/>
          <w:bCs/>
        </w:rPr>
      </w:pPr>
    </w:p>
    <w:p w14:paraId="6F04A246" w14:textId="2E37E2D9" w:rsidR="00953C9D" w:rsidRPr="00B001FE" w:rsidRDefault="003228E2" w:rsidP="00953C9D">
      <w:pPr>
        <w:jc w:val="both"/>
        <w:rPr>
          <w:b/>
          <w:bCs/>
        </w:rPr>
      </w:pPr>
      <w:r w:rsidRPr="003228E2">
        <w:rPr>
          <w:b/>
          <w:bCs/>
        </w:rPr>
        <w:t>Todos os campos deverão ser devidamente preenchidos</w:t>
      </w:r>
      <w:r w:rsidR="00870AB3">
        <w:rPr>
          <w:b/>
          <w:bCs/>
        </w:rPr>
        <w:t>.</w:t>
      </w:r>
    </w:p>
    <w:p w14:paraId="146F97CA" w14:textId="0178FA39" w:rsidR="004F59A9" w:rsidRPr="00D32426" w:rsidRDefault="0097431D" w:rsidP="004F59A9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1. </w:t>
      </w:r>
      <w:r w:rsidR="004F59A9" w:rsidRPr="00D32426">
        <w:rPr>
          <w:b/>
          <w:bCs/>
        </w:rPr>
        <w:t>IDENTIFICAÇÃO DO(A) PROGRAMA</w:t>
      </w:r>
    </w:p>
    <w:p w14:paraId="181ED74F" w14:textId="58E61185" w:rsidR="004F59A9" w:rsidRPr="00D32426" w:rsidRDefault="004F59A9" w:rsidP="004F59A9">
      <w:pPr>
        <w:spacing w:after="0" w:line="240" w:lineRule="auto"/>
        <w:jc w:val="both"/>
      </w:pPr>
      <w:r>
        <w:t xml:space="preserve">Nome do PPG: </w:t>
      </w:r>
      <w:r w:rsidRPr="00D32426">
        <w:t xml:space="preserve"> _____________________________________________</w:t>
      </w:r>
      <w:r>
        <w:t>___________________________________________</w:t>
      </w:r>
    </w:p>
    <w:p w14:paraId="1150DC95" w14:textId="6F6375E6" w:rsidR="004F59A9" w:rsidRDefault="004F59A9" w:rsidP="004F59A9">
      <w:pPr>
        <w:spacing w:after="0" w:line="240" w:lineRule="auto"/>
        <w:jc w:val="both"/>
      </w:pPr>
      <w:r w:rsidRPr="00D32426">
        <w:t>Área de Concentração: _______________________________________________________________________________</w:t>
      </w:r>
    </w:p>
    <w:p w14:paraId="231B82BF" w14:textId="0C7F2993" w:rsidR="004F59A9" w:rsidRDefault="004F59A9" w:rsidP="004F59A9">
      <w:pPr>
        <w:spacing w:after="0" w:line="240" w:lineRule="auto"/>
        <w:jc w:val="both"/>
      </w:pPr>
      <w:r>
        <w:t>Linha(s) de Pesquisa: ________________________________________________________________________________</w:t>
      </w:r>
    </w:p>
    <w:p w14:paraId="5A0C3357" w14:textId="77C2D2DD" w:rsidR="004F59A9" w:rsidRDefault="004F59A9" w:rsidP="004F59A9">
      <w:pPr>
        <w:spacing w:after="0" w:line="240" w:lineRule="auto"/>
        <w:jc w:val="both"/>
        <w:rPr>
          <w:b/>
          <w:bCs/>
        </w:rPr>
      </w:pPr>
      <w:r>
        <w:t>Coordenador da Proposta: ___________________________________________________________________________</w:t>
      </w:r>
    </w:p>
    <w:p w14:paraId="1B90934C" w14:textId="77777777" w:rsidR="004F59A9" w:rsidRDefault="004F59A9" w:rsidP="00953C9D">
      <w:pPr>
        <w:spacing w:line="240" w:lineRule="auto"/>
        <w:jc w:val="both"/>
        <w:rPr>
          <w:b/>
          <w:bCs/>
        </w:rPr>
      </w:pPr>
    </w:p>
    <w:p w14:paraId="2CDC28D5" w14:textId="19B873CA" w:rsidR="00070BA1" w:rsidRPr="00D32426" w:rsidRDefault="0097431D" w:rsidP="00953C9D">
      <w:pPr>
        <w:spacing w:line="240" w:lineRule="auto"/>
        <w:jc w:val="both"/>
        <w:rPr>
          <w:b/>
          <w:bCs/>
        </w:rPr>
      </w:pPr>
      <w:r>
        <w:rPr>
          <w:b/>
          <w:bCs/>
        </w:rPr>
        <w:t>2</w:t>
      </w:r>
      <w:r w:rsidR="002A31B9" w:rsidRPr="00D32426">
        <w:rPr>
          <w:b/>
          <w:bCs/>
        </w:rPr>
        <w:t xml:space="preserve">. </w:t>
      </w:r>
      <w:r w:rsidR="004926A8">
        <w:rPr>
          <w:b/>
          <w:bCs/>
        </w:rPr>
        <w:t>ESTRUTURA CURRICULAR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110"/>
        <w:gridCol w:w="1967"/>
        <w:gridCol w:w="1721"/>
        <w:gridCol w:w="1396"/>
        <w:gridCol w:w="2412"/>
        <w:gridCol w:w="1560"/>
        <w:gridCol w:w="2055"/>
      </w:tblGrid>
      <w:tr w:rsidR="005D597C" w:rsidRPr="005D597C" w14:paraId="5BC35838" w14:textId="77777777" w:rsidTr="00797869">
        <w:trPr>
          <w:trHeight w:val="771"/>
        </w:trPr>
        <w:tc>
          <w:tcPr>
            <w:tcW w:w="798" w:type="pct"/>
            <w:shd w:val="clear" w:color="auto" w:fill="D9D9D9" w:themeFill="background1" w:themeFillShade="D9"/>
            <w:vAlign w:val="center"/>
          </w:tcPr>
          <w:p w14:paraId="1E0D26E6" w14:textId="34BF6985" w:rsidR="004926A8" w:rsidRPr="005D597C" w:rsidRDefault="005D597C" w:rsidP="00797869">
            <w:pPr>
              <w:tabs>
                <w:tab w:val="left" w:pos="750"/>
              </w:tabs>
              <w:jc w:val="center"/>
              <w:rPr>
                <w:b/>
                <w:bCs/>
              </w:rPr>
            </w:pPr>
            <w:r w:rsidRPr="005D597C">
              <w:rPr>
                <w:b/>
                <w:bCs/>
              </w:rPr>
              <w:t>D</w:t>
            </w:r>
            <w:r w:rsidR="004926A8" w:rsidRPr="005D597C">
              <w:rPr>
                <w:b/>
                <w:bCs/>
              </w:rPr>
              <w:t>isciplina</w:t>
            </w:r>
          </w:p>
        </w:tc>
        <w:tc>
          <w:tcPr>
            <w:tcW w:w="744" w:type="pct"/>
            <w:shd w:val="clear" w:color="auto" w:fill="D9D9D9" w:themeFill="background1" w:themeFillShade="D9"/>
            <w:vAlign w:val="center"/>
          </w:tcPr>
          <w:p w14:paraId="799A0684" w14:textId="77777777" w:rsidR="004926A8" w:rsidRPr="005D597C" w:rsidRDefault="004926A8" w:rsidP="00797869">
            <w:pPr>
              <w:jc w:val="center"/>
              <w:rPr>
                <w:b/>
                <w:bCs/>
              </w:rPr>
            </w:pPr>
            <w:r w:rsidRPr="005D597C">
              <w:rPr>
                <w:b/>
                <w:bCs/>
              </w:rPr>
              <w:t>Linha de pesquisa</w:t>
            </w:r>
          </w:p>
        </w:tc>
        <w:tc>
          <w:tcPr>
            <w:tcW w:w="651" w:type="pct"/>
            <w:shd w:val="clear" w:color="auto" w:fill="D9D9D9" w:themeFill="background1" w:themeFillShade="D9"/>
            <w:vAlign w:val="center"/>
          </w:tcPr>
          <w:p w14:paraId="24F8E24D" w14:textId="77777777" w:rsidR="004926A8" w:rsidRPr="005D597C" w:rsidRDefault="004926A8" w:rsidP="00797869">
            <w:pPr>
              <w:jc w:val="center"/>
              <w:rPr>
                <w:b/>
                <w:bCs/>
              </w:rPr>
            </w:pPr>
            <w:r w:rsidRPr="005D597C">
              <w:rPr>
                <w:b/>
                <w:bCs/>
              </w:rPr>
              <w:t>Obrigatória</w:t>
            </w:r>
          </w:p>
        </w:tc>
        <w:tc>
          <w:tcPr>
            <w:tcW w:w="528" w:type="pct"/>
            <w:shd w:val="clear" w:color="auto" w:fill="D9D9D9" w:themeFill="background1" w:themeFillShade="D9"/>
            <w:vAlign w:val="center"/>
          </w:tcPr>
          <w:p w14:paraId="7B0E709F" w14:textId="6BEDB544" w:rsidR="004926A8" w:rsidRPr="005D597C" w:rsidRDefault="005D597C" w:rsidP="00797869">
            <w:pPr>
              <w:jc w:val="center"/>
              <w:rPr>
                <w:b/>
                <w:bCs/>
              </w:rPr>
            </w:pPr>
            <w:r w:rsidRPr="005D597C">
              <w:rPr>
                <w:b/>
                <w:bCs/>
              </w:rPr>
              <w:t>O</w:t>
            </w:r>
            <w:r w:rsidR="004926A8" w:rsidRPr="005D597C">
              <w:rPr>
                <w:b/>
                <w:bCs/>
              </w:rPr>
              <w:t>ptativa</w:t>
            </w:r>
          </w:p>
        </w:tc>
        <w:tc>
          <w:tcPr>
            <w:tcW w:w="912" w:type="pct"/>
            <w:shd w:val="clear" w:color="auto" w:fill="D9D9D9" w:themeFill="background1" w:themeFillShade="D9"/>
            <w:vAlign w:val="center"/>
          </w:tcPr>
          <w:p w14:paraId="74037CFE" w14:textId="76653C28" w:rsidR="004926A8" w:rsidRPr="005D597C" w:rsidRDefault="004926A8" w:rsidP="00797869">
            <w:pPr>
              <w:jc w:val="center"/>
              <w:rPr>
                <w:b/>
                <w:bCs/>
              </w:rPr>
            </w:pPr>
            <w:r w:rsidRPr="005D597C">
              <w:rPr>
                <w:b/>
                <w:bCs/>
              </w:rPr>
              <w:t>Docente</w:t>
            </w:r>
            <w:r w:rsidR="005D597C" w:rsidRPr="005D597C">
              <w:rPr>
                <w:b/>
                <w:bCs/>
              </w:rPr>
              <w:t xml:space="preserve"> </w:t>
            </w:r>
            <w:r w:rsidR="00797869">
              <w:rPr>
                <w:b/>
                <w:bCs/>
              </w:rPr>
              <w:t>r</w:t>
            </w:r>
            <w:r w:rsidRPr="005D597C">
              <w:rPr>
                <w:b/>
                <w:bCs/>
              </w:rPr>
              <w:t>esponsável</w:t>
            </w:r>
          </w:p>
        </w:tc>
        <w:tc>
          <w:tcPr>
            <w:tcW w:w="590" w:type="pct"/>
            <w:shd w:val="clear" w:color="auto" w:fill="D9D9D9" w:themeFill="background1" w:themeFillShade="D9"/>
            <w:vAlign w:val="center"/>
          </w:tcPr>
          <w:p w14:paraId="44DF1894" w14:textId="77777777" w:rsidR="004926A8" w:rsidRPr="005D597C" w:rsidRDefault="004926A8" w:rsidP="00797869">
            <w:pPr>
              <w:jc w:val="center"/>
              <w:rPr>
                <w:b/>
                <w:bCs/>
              </w:rPr>
            </w:pPr>
            <w:r w:rsidRPr="005D597C">
              <w:rPr>
                <w:b/>
                <w:bCs/>
              </w:rPr>
              <w:t>Carga horária</w:t>
            </w:r>
          </w:p>
        </w:tc>
        <w:tc>
          <w:tcPr>
            <w:tcW w:w="777" w:type="pct"/>
            <w:shd w:val="clear" w:color="auto" w:fill="D9D9D9" w:themeFill="background1" w:themeFillShade="D9"/>
            <w:vAlign w:val="center"/>
          </w:tcPr>
          <w:p w14:paraId="3DBECCCB" w14:textId="77777777" w:rsidR="004926A8" w:rsidRPr="005D597C" w:rsidRDefault="004926A8" w:rsidP="00797869">
            <w:pPr>
              <w:jc w:val="center"/>
              <w:rPr>
                <w:b/>
                <w:bCs/>
              </w:rPr>
            </w:pPr>
            <w:r w:rsidRPr="005D597C">
              <w:rPr>
                <w:b/>
                <w:bCs/>
              </w:rPr>
              <w:t>Semestre de oferta</w:t>
            </w:r>
          </w:p>
        </w:tc>
      </w:tr>
      <w:tr w:rsidR="005D597C" w14:paraId="1E51E8ED" w14:textId="77777777" w:rsidTr="005D597C">
        <w:tc>
          <w:tcPr>
            <w:tcW w:w="798" w:type="pct"/>
          </w:tcPr>
          <w:p w14:paraId="701C3954" w14:textId="77777777" w:rsidR="004926A8" w:rsidRPr="005D597C" w:rsidRDefault="004926A8" w:rsidP="00951DA9">
            <w:pPr>
              <w:jc w:val="both"/>
              <w:rPr>
                <w:color w:val="EE0000"/>
              </w:rPr>
            </w:pPr>
            <w:r w:rsidRPr="005D597C">
              <w:rPr>
                <w:color w:val="EE0000"/>
              </w:rPr>
              <w:t>Analise de risco</w:t>
            </w:r>
          </w:p>
        </w:tc>
        <w:tc>
          <w:tcPr>
            <w:tcW w:w="744" w:type="pct"/>
          </w:tcPr>
          <w:p w14:paraId="05D03551" w14:textId="77777777" w:rsidR="004926A8" w:rsidRPr="005D597C" w:rsidRDefault="004926A8" w:rsidP="00951DA9">
            <w:pPr>
              <w:jc w:val="both"/>
              <w:rPr>
                <w:color w:val="EE0000"/>
              </w:rPr>
            </w:pPr>
            <w:r w:rsidRPr="005D597C">
              <w:rPr>
                <w:color w:val="EE0000"/>
              </w:rPr>
              <w:t>LP 1</w:t>
            </w:r>
          </w:p>
        </w:tc>
        <w:tc>
          <w:tcPr>
            <w:tcW w:w="651" w:type="pct"/>
          </w:tcPr>
          <w:p w14:paraId="1F9A2A30" w14:textId="77777777" w:rsidR="004926A8" w:rsidRPr="005D597C" w:rsidRDefault="004926A8" w:rsidP="00951DA9">
            <w:pPr>
              <w:jc w:val="both"/>
              <w:rPr>
                <w:color w:val="EE0000"/>
              </w:rPr>
            </w:pPr>
            <w:r w:rsidRPr="005D597C">
              <w:rPr>
                <w:color w:val="EE0000"/>
              </w:rPr>
              <w:t>X</w:t>
            </w:r>
          </w:p>
        </w:tc>
        <w:tc>
          <w:tcPr>
            <w:tcW w:w="528" w:type="pct"/>
          </w:tcPr>
          <w:p w14:paraId="78512B08" w14:textId="77777777" w:rsidR="004926A8" w:rsidRPr="005D597C" w:rsidRDefault="004926A8" w:rsidP="00951DA9">
            <w:pPr>
              <w:jc w:val="both"/>
              <w:rPr>
                <w:color w:val="EE0000"/>
              </w:rPr>
            </w:pPr>
          </w:p>
        </w:tc>
        <w:tc>
          <w:tcPr>
            <w:tcW w:w="912" w:type="pct"/>
          </w:tcPr>
          <w:p w14:paraId="5CECC991" w14:textId="77777777" w:rsidR="004926A8" w:rsidRPr="005D597C" w:rsidRDefault="004926A8" w:rsidP="00951DA9">
            <w:pPr>
              <w:jc w:val="both"/>
              <w:rPr>
                <w:color w:val="EE0000"/>
              </w:rPr>
            </w:pPr>
            <w:r w:rsidRPr="005D597C">
              <w:rPr>
                <w:color w:val="EE0000"/>
              </w:rPr>
              <w:t>Fulano de tal</w:t>
            </w:r>
          </w:p>
        </w:tc>
        <w:tc>
          <w:tcPr>
            <w:tcW w:w="590" w:type="pct"/>
          </w:tcPr>
          <w:p w14:paraId="02FD9CAA" w14:textId="77777777" w:rsidR="004926A8" w:rsidRPr="005D597C" w:rsidRDefault="004926A8" w:rsidP="00951DA9">
            <w:pPr>
              <w:jc w:val="both"/>
              <w:rPr>
                <w:color w:val="EE0000"/>
              </w:rPr>
            </w:pPr>
            <w:r w:rsidRPr="005D597C">
              <w:rPr>
                <w:color w:val="EE0000"/>
              </w:rPr>
              <w:t>45 h</w:t>
            </w:r>
          </w:p>
        </w:tc>
        <w:tc>
          <w:tcPr>
            <w:tcW w:w="777" w:type="pct"/>
          </w:tcPr>
          <w:p w14:paraId="566FE931" w14:textId="77777777" w:rsidR="004926A8" w:rsidRPr="005D597C" w:rsidRDefault="004926A8" w:rsidP="00951DA9">
            <w:pPr>
              <w:jc w:val="both"/>
              <w:rPr>
                <w:color w:val="EE0000"/>
              </w:rPr>
            </w:pPr>
            <w:r w:rsidRPr="005D597C">
              <w:rPr>
                <w:color w:val="EE0000"/>
              </w:rPr>
              <w:t xml:space="preserve">1 </w:t>
            </w:r>
          </w:p>
        </w:tc>
      </w:tr>
      <w:tr w:rsidR="005D597C" w14:paraId="43F887B4" w14:textId="77777777" w:rsidTr="005D597C">
        <w:tc>
          <w:tcPr>
            <w:tcW w:w="798" w:type="pct"/>
          </w:tcPr>
          <w:p w14:paraId="47619AB3" w14:textId="77777777" w:rsidR="004926A8" w:rsidRPr="005D597C" w:rsidRDefault="004926A8" w:rsidP="00951DA9">
            <w:pPr>
              <w:jc w:val="both"/>
              <w:rPr>
                <w:color w:val="EE0000"/>
              </w:rPr>
            </w:pPr>
            <w:r w:rsidRPr="005D597C">
              <w:rPr>
                <w:color w:val="EE0000"/>
              </w:rPr>
              <w:t>Autocontrole</w:t>
            </w:r>
          </w:p>
        </w:tc>
        <w:tc>
          <w:tcPr>
            <w:tcW w:w="744" w:type="pct"/>
          </w:tcPr>
          <w:p w14:paraId="06788D43" w14:textId="3EE3C372" w:rsidR="004926A8" w:rsidRPr="005D597C" w:rsidRDefault="004926A8" w:rsidP="00951DA9">
            <w:pPr>
              <w:jc w:val="both"/>
              <w:rPr>
                <w:color w:val="EE0000"/>
              </w:rPr>
            </w:pPr>
            <w:r w:rsidRPr="005D597C">
              <w:rPr>
                <w:color w:val="EE0000"/>
              </w:rPr>
              <w:t>LP</w:t>
            </w:r>
            <w:r w:rsidR="005D597C" w:rsidRPr="005D597C">
              <w:rPr>
                <w:color w:val="EE0000"/>
              </w:rPr>
              <w:t xml:space="preserve"> </w:t>
            </w:r>
            <w:r w:rsidRPr="005D597C">
              <w:rPr>
                <w:color w:val="EE0000"/>
              </w:rPr>
              <w:t>2</w:t>
            </w:r>
          </w:p>
        </w:tc>
        <w:tc>
          <w:tcPr>
            <w:tcW w:w="651" w:type="pct"/>
          </w:tcPr>
          <w:p w14:paraId="59CFFAB6" w14:textId="77777777" w:rsidR="004926A8" w:rsidRPr="005D597C" w:rsidRDefault="004926A8" w:rsidP="00951DA9">
            <w:pPr>
              <w:jc w:val="both"/>
              <w:rPr>
                <w:color w:val="EE0000"/>
              </w:rPr>
            </w:pPr>
          </w:p>
        </w:tc>
        <w:tc>
          <w:tcPr>
            <w:tcW w:w="528" w:type="pct"/>
          </w:tcPr>
          <w:p w14:paraId="1AD1FAE0" w14:textId="77777777" w:rsidR="004926A8" w:rsidRPr="005D597C" w:rsidRDefault="004926A8" w:rsidP="00951DA9">
            <w:pPr>
              <w:jc w:val="both"/>
              <w:rPr>
                <w:color w:val="EE0000"/>
              </w:rPr>
            </w:pPr>
            <w:r w:rsidRPr="005D597C">
              <w:rPr>
                <w:color w:val="EE0000"/>
              </w:rPr>
              <w:t>x</w:t>
            </w:r>
          </w:p>
        </w:tc>
        <w:tc>
          <w:tcPr>
            <w:tcW w:w="912" w:type="pct"/>
          </w:tcPr>
          <w:p w14:paraId="0492264A" w14:textId="77777777" w:rsidR="004926A8" w:rsidRPr="005D597C" w:rsidRDefault="004926A8" w:rsidP="00951DA9">
            <w:pPr>
              <w:jc w:val="both"/>
              <w:rPr>
                <w:color w:val="EE0000"/>
              </w:rPr>
            </w:pPr>
            <w:r w:rsidRPr="005D597C">
              <w:rPr>
                <w:color w:val="EE0000"/>
              </w:rPr>
              <w:t>Ciclano</w:t>
            </w:r>
          </w:p>
        </w:tc>
        <w:tc>
          <w:tcPr>
            <w:tcW w:w="590" w:type="pct"/>
          </w:tcPr>
          <w:p w14:paraId="75D3A039" w14:textId="77777777" w:rsidR="004926A8" w:rsidRPr="005D597C" w:rsidRDefault="004926A8" w:rsidP="00951DA9">
            <w:pPr>
              <w:jc w:val="both"/>
              <w:rPr>
                <w:color w:val="EE0000"/>
              </w:rPr>
            </w:pPr>
            <w:r w:rsidRPr="005D597C">
              <w:rPr>
                <w:color w:val="EE0000"/>
              </w:rPr>
              <w:t>30h</w:t>
            </w:r>
          </w:p>
        </w:tc>
        <w:tc>
          <w:tcPr>
            <w:tcW w:w="777" w:type="pct"/>
          </w:tcPr>
          <w:p w14:paraId="52B6A584" w14:textId="77777777" w:rsidR="004926A8" w:rsidRPr="005D597C" w:rsidRDefault="004926A8" w:rsidP="00951DA9">
            <w:pPr>
              <w:jc w:val="both"/>
              <w:rPr>
                <w:color w:val="EE0000"/>
              </w:rPr>
            </w:pPr>
            <w:r w:rsidRPr="005D597C">
              <w:rPr>
                <w:color w:val="EE0000"/>
              </w:rPr>
              <w:t>2</w:t>
            </w:r>
          </w:p>
        </w:tc>
      </w:tr>
      <w:tr w:rsidR="005D597C" w14:paraId="7464D437" w14:textId="77777777" w:rsidTr="005D597C">
        <w:tc>
          <w:tcPr>
            <w:tcW w:w="798" w:type="pct"/>
          </w:tcPr>
          <w:p w14:paraId="307ADA8F" w14:textId="77777777" w:rsidR="004926A8" w:rsidRDefault="004926A8" w:rsidP="00951DA9">
            <w:pPr>
              <w:jc w:val="both"/>
            </w:pPr>
          </w:p>
        </w:tc>
        <w:tc>
          <w:tcPr>
            <w:tcW w:w="744" w:type="pct"/>
          </w:tcPr>
          <w:p w14:paraId="741F7571" w14:textId="77777777" w:rsidR="004926A8" w:rsidRDefault="004926A8" w:rsidP="00951DA9">
            <w:pPr>
              <w:jc w:val="both"/>
            </w:pPr>
          </w:p>
        </w:tc>
        <w:tc>
          <w:tcPr>
            <w:tcW w:w="651" w:type="pct"/>
          </w:tcPr>
          <w:p w14:paraId="75E9538D" w14:textId="77777777" w:rsidR="004926A8" w:rsidRDefault="004926A8" w:rsidP="00951DA9">
            <w:pPr>
              <w:jc w:val="both"/>
            </w:pPr>
          </w:p>
        </w:tc>
        <w:tc>
          <w:tcPr>
            <w:tcW w:w="528" w:type="pct"/>
          </w:tcPr>
          <w:p w14:paraId="133750D2" w14:textId="77777777" w:rsidR="004926A8" w:rsidRDefault="004926A8" w:rsidP="00951DA9">
            <w:pPr>
              <w:jc w:val="both"/>
            </w:pPr>
          </w:p>
        </w:tc>
        <w:tc>
          <w:tcPr>
            <w:tcW w:w="912" w:type="pct"/>
          </w:tcPr>
          <w:p w14:paraId="4C2440DC" w14:textId="77777777" w:rsidR="004926A8" w:rsidRDefault="004926A8" w:rsidP="00951DA9">
            <w:pPr>
              <w:jc w:val="both"/>
            </w:pPr>
          </w:p>
        </w:tc>
        <w:tc>
          <w:tcPr>
            <w:tcW w:w="590" w:type="pct"/>
          </w:tcPr>
          <w:p w14:paraId="25D91715" w14:textId="77777777" w:rsidR="004926A8" w:rsidRDefault="004926A8" w:rsidP="00951DA9">
            <w:pPr>
              <w:jc w:val="both"/>
            </w:pPr>
          </w:p>
        </w:tc>
        <w:tc>
          <w:tcPr>
            <w:tcW w:w="777" w:type="pct"/>
          </w:tcPr>
          <w:p w14:paraId="14574E55" w14:textId="77777777" w:rsidR="004926A8" w:rsidRDefault="004926A8" w:rsidP="00951DA9">
            <w:pPr>
              <w:jc w:val="both"/>
            </w:pPr>
          </w:p>
        </w:tc>
      </w:tr>
    </w:tbl>
    <w:p w14:paraId="1B539FBA" w14:textId="77777777" w:rsidR="00E023F5" w:rsidRDefault="00870AB3" w:rsidP="00E023F5">
      <w:pPr>
        <w:spacing w:line="240" w:lineRule="auto"/>
        <w:jc w:val="both"/>
      </w:pPr>
      <w:r>
        <w:rPr>
          <w:b/>
          <w:bCs/>
        </w:rPr>
        <w:t xml:space="preserve">Obs: </w:t>
      </w:r>
      <w:r w:rsidRPr="00797869">
        <w:t>As informações destacadas em vermelho são meramente exemplificativas e deverão ser substituídas pelos dados correspondentes a cada docente.</w:t>
      </w:r>
    </w:p>
    <w:p w14:paraId="37708C3E" w14:textId="573B5C5F" w:rsidR="00070BA1" w:rsidRDefault="0097431D" w:rsidP="00E023F5">
      <w:pPr>
        <w:spacing w:line="240" w:lineRule="auto"/>
        <w:jc w:val="both"/>
        <w:rPr>
          <w:b/>
          <w:bCs/>
        </w:rPr>
      </w:pPr>
      <w:r>
        <w:rPr>
          <w:b/>
          <w:bCs/>
        </w:rPr>
        <w:lastRenderedPageBreak/>
        <w:t>3</w:t>
      </w:r>
      <w:r w:rsidRPr="00D32426">
        <w:rPr>
          <w:b/>
          <w:bCs/>
        </w:rPr>
        <w:t xml:space="preserve">. </w:t>
      </w:r>
      <w:r w:rsidR="004926A8">
        <w:rPr>
          <w:b/>
          <w:bCs/>
        </w:rPr>
        <w:t>PRODUÇÃO CIENTITÍFICA POR DOCENTE (de 2021 a 2025, últimos 5 anos)</w:t>
      </w:r>
    </w:p>
    <w:p w14:paraId="25E40D8F" w14:textId="17BCA75B" w:rsidR="00797869" w:rsidRDefault="00797869" w:rsidP="00433578">
      <w:pPr>
        <w:spacing w:after="0" w:line="240" w:lineRule="auto"/>
        <w:jc w:val="both"/>
      </w:pPr>
      <w:r w:rsidRPr="00797869">
        <w:rPr>
          <w:b/>
          <w:bCs/>
        </w:rPr>
        <w:t xml:space="preserve">Orientação para preenchimento: </w:t>
      </w:r>
      <w:r w:rsidRPr="00797869">
        <w:t xml:space="preserve">Apresentar as informações individualmente para cada docente </w:t>
      </w:r>
      <w:r w:rsidR="00814D1F">
        <w:t xml:space="preserve">PERMANENTE </w:t>
      </w:r>
      <w:r w:rsidRPr="00797869">
        <w:t xml:space="preserve">integrante da proposta, considerando a produção dos últimos cinco anos (2021 a 2025) e os critérios estabelecidos pela respectiva Área de Avaliação da CAPES. </w:t>
      </w:r>
    </w:p>
    <w:p w14:paraId="63B7F802" w14:textId="77777777" w:rsidR="00433578" w:rsidRPr="00D32426" w:rsidRDefault="00433578" w:rsidP="00433578">
      <w:pPr>
        <w:spacing w:after="0" w:line="240" w:lineRule="auto"/>
        <w:jc w:val="both"/>
        <w:rPr>
          <w:b/>
          <w:bCs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470"/>
        <w:gridCol w:w="2033"/>
        <w:gridCol w:w="2692"/>
        <w:gridCol w:w="6026"/>
      </w:tblGrid>
      <w:tr w:rsidR="004926A8" w14:paraId="0D847737" w14:textId="77777777" w:rsidTr="004926A8">
        <w:tc>
          <w:tcPr>
            <w:tcW w:w="5000" w:type="pct"/>
            <w:gridSpan w:val="4"/>
          </w:tcPr>
          <w:p w14:paraId="3B497E71" w14:textId="560A02E7" w:rsidR="004926A8" w:rsidRPr="00422EE3" w:rsidRDefault="004926A8" w:rsidP="004926A8">
            <w:pPr>
              <w:tabs>
                <w:tab w:val="left" w:pos="750"/>
              </w:tabs>
              <w:jc w:val="both"/>
              <w:rPr>
                <w:b/>
                <w:bCs/>
                <w:i/>
                <w:iCs/>
              </w:rPr>
            </w:pPr>
            <w:r w:rsidRPr="00422EE3">
              <w:rPr>
                <w:b/>
                <w:bCs/>
              </w:rPr>
              <w:t xml:space="preserve">Nome do docente 01: </w:t>
            </w:r>
            <w:r w:rsidR="00797869" w:rsidRPr="00797869">
              <w:rPr>
                <w:b/>
                <w:bCs/>
                <w:color w:val="EE0000"/>
              </w:rPr>
              <w:t>Fulano de tal</w:t>
            </w:r>
          </w:p>
        </w:tc>
      </w:tr>
      <w:tr w:rsidR="004926A8" w14:paraId="30B50BDB" w14:textId="77777777" w:rsidTr="00A85F2A">
        <w:tc>
          <w:tcPr>
            <w:tcW w:w="2721" w:type="pct"/>
            <w:gridSpan w:val="3"/>
          </w:tcPr>
          <w:p w14:paraId="0D1F25FC" w14:textId="440AE355" w:rsidR="004926A8" w:rsidRPr="00422EE3" w:rsidRDefault="004926A8" w:rsidP="00951DA9">
            <w:pPr>
              <w:jc w:val="both"/>
              <w:rPr>
                <w:b/>
                <w:bCs/>
              </w:rPr>
            </w:pPr>
            <w:r w:rsidRPr="00422EE3">
              <w:rPr>
                <w:b/>
                <w:bCs/>
              </w:rPr>
              <w:t xml:space="preserve">Métrica exigida pela área: </w:t>
            </w:r>
          </w:p>
        </w:tc>
        <w:tc>
          <w:tcPr>
            <w:tcW w:w="2279" w:type="pct"/>
          </w:tcPr>
          <w:p w14:paraId="5EC117A5" w14:textId="7661273A" w:rsidR="004926A8" w:rsidRPr="00422EE3" w:rsidRDefault="004926A8" w:rsidP="00951DA9">
            <w:pPr>
              <w:jc w:val="both"/>
              <w:rPr>
                <w:b/>
                <w:bCs/>
              </w:rPr>
            </w:pPr>
            <w:r w:rsidRPr="00422EE3">
              <w:rPr>
                <w:b/>
                <w:bCs/>
              </w:rPr>
              <w:t xml:space="preserve">Métrica atingida pelo docente: </w:t>
            </w:r>
          </w:p>
        </w:tc>
      </w:tr>
      <w:tr w:rsidR="007D432D" w14:paraId="431F14BF" w14:textId="77777777" w:rsidTr="00A85F2A">
        <w:tc>
          <w:tcPr>
            <w:tcW w:w="934" w:type="pct"/>
            <w:shd w:val="clear" w:color="auto" w:fill="D9D9D9" w:themeFill="background1" w:themeFillShade="D9"/>
            <w:vAlign w:val="center"/>
          </w:tcPr>
          <w:p w14:paraId="6D614895" w14:textId="77777777" w:rsidR="007D432D" w:rsidRPr="00422EE3" w:rsidRDefault="007D432D" w:rsidP="00797869">
            <w:pPr>
              <w:tabs>
                <w:tab w:val="left" w:pos="750"/>
              </w:tabs>
              <w:jc w:val="center"/>
              <w:rPr>
                <w:b/>
                <w:bCs/>
              </w:rPr>
            </w:pPr>
            <w:r w:rsidRPr="00422EE3">
              <w:rPr>
                <w:b/>
                <w:bCs/>
              </w:rPr>
              <w:t>Tipo de Produção</w:t>
            </w:r>
          </w:p>
        </w:tc>
        <w:tc>
          <w:tcPr>
            <w:tcW w:w="769" w:type="pct"/>
            <w:shd w:val="clear" w:color="auto" w:fill="D9D9D9" w:themeFill="background1" w:themeFillShade="D9"/>
            <w:vAlign w:val="center"/>
          </w:tcPr>
          <w:p w14:paraId="482A5DC3" w14:textId="77777777" w:rsidR="007D432D" w:rsidRPr="00422EE3" w:rsidRDefault="007D432D" w:rsidP="00797869">
            <w:pPr>
              <w:jc w:val="center"/>
              <w:rPr>
                <w:b/>
                <w:bCs/>
              </w:rPr>
            </w:pPr>
            <w:r w:rsidRPr="00422EE3">
              <w:rPr>
                <w:b/>
                <w:bCs/>
              </w:rPr>
              <w:t>Fator de Impacto</w:t>
            </w:r>
          </w:p>
        </w:tc>
        <w:tc>
          <w:tcPr>
            <w:tcW w:w="1018" w:type="pct"/>
            <w:shd w:val="clear" w:color="auto" w:fill="D9D9D9" w:themeFill="background1" w:themeFillShade="D9"/>
            <w:vAlign w:val="center"/>
          </w:tcPr>
          <w:p w14:paraId="1C5BCF65" w14:textId="77777777" w:rsidR="007D432D" w:rsidRPr="00422EE3" w:rsidRDefault="007D432D" w:rsidP="00797869">
            <w:pPr>
              <w:jc w:val="center"/>
              <w:rPr>
                <w:b/>
                <w:bCs/>
              </w:rPr>
            </w:pPr>
            <w:r w:rsidRPr="00422EE3">
              <w:rPr>
                <w:b/>
                <w:bCs/>
              </w:rPr>
              <w:t>Classificação na área</w:t>
            </w:r>
          </w:p>
        </w:tc>
        <w:tc>
          <w:tcPr>
            <w:tcW w:w="2279" w:type="pct"/>
            <w:shd w:val="clear" w:color="auto" w:fill="D9D9D9" w:themeFill="background1" w:themeFillShade="D9"/>
            <w:vAlign w:val="center"/>
          </w:tcPr>
          <w:p w14:paraId="12D9A86D" w14:textId="1949E3BA" w:rsidR="007D432D" w:rsidRPr="00422EE3" w:rsidRDefault="007D432D" w:rsidP="00797869">
            <w:pPr>
              <w:jc w:val="center"/>
              <w:rPr>
                <w:b/>
                <w:bCs/>
              </w:rPr>
            </w:pPr>
            <w:r w:rsidRPr="00422EE3">
              <w:rPr>
                <w:b/>
                <w:bCs/>
              </w:rPr>
              <w:t>Link/DOI/ISSN</w:t>
            </w:r>
          </w:p>
        </w:tc>
      </w:tr>
      <w:tr w:rsidR="007D432D" w14:paraId="0992EAAC" w14:textId="77777777" w:rsidTr="00A85F2A">
        <w:tc>
          <w:tcPr>
            <w:tcW w:w="934" w:type="pct"/>
          </w:tcPr>
          <w:p w14:paraId="1A6BB13D" w14:textId="77777777" w:rsidR="007D432D" w:rsidRPr="002D479A" w:rsidRDefault="007D432D" w:rsidP="00951DA9">
            <w:pPr>
              <w:jc w:val="both"/>
              <w:rPr>
                <w:color w:val="EE0000"/>
              </w:rPr>
            </w:pPr>
            <w:r w:rsidRPr="002D479A">
              <w:rPr>
                <w:color w:val="EE0000"/>
              </w:rPr>
              <w:t>artigo</w:t>
            </w:r>
          </w:p>
        </w:tc>
        <w:tc>
          <w:tcPr>
            <w:tcW w:w="769" w:type="pct"/>
          </w:tcPr>
          <w:p w14:paraId="307B4070" w14:textId="77777777" w:rsidR="007D432D" w:rsidRPr="002D479A" w:rsidRDefault="007D432D" w:rsidP="00951DA9">
            <w:pPr>
              <w:jc w:val="both"/>
              <w:rPr>
                <w:color w:val="EE0000"/>
              </w:rPr>
            </w:pPr>
            <w:r w:rsidRPr="002D479A">
              <w:rPr>
                <w:color w:val="EE0000"/>
              </w:rPr>
              <w:t>2,7 JCR</w:t>
            </w:r>
          </w:p>
        </w:tc>
        <w:tc>
          <w:tcPr>
            <w:tcW w:w="1018" w:type="pct"/>
          </w:tcPr>
          <w:p w14:paraId="0363C2E9" w14:textId="77777777" w:rsidR="007D432D" w:rsidRPr="002D479A" w:rsidRDefault="007D432D" w:rsidP="00951DA9">
            <w:pPr>
              <w:jc w:val="both"/>
              <w:rPr>
                <w:color w:val="EE0000"/>
              </w:rPr>
            </w:pPr>
            <w:r w:rsidRPr="002D479A">
              <w:rPr>
                <w:color w:val="EE0000"/>
              </w:rPr>
              <w:t>A1</w:t>
            </w:r>
          </w:p>
        </w:tc>
        <w:tc>
          <w:tcPr>
            <w:tcW w:w="2279" w:type="pct"/>
          </w:tcPr>
          <w:p w14:paraId="1B258603" w14:textId="68D8741B" w:rsidR="007D432D" w:rsidRPr="002D479A" w:rsidRDefault="007D432D" w:rsidP="00951DA9">
            <w:pPr>
              <w:jc w:val="both"/>
              <w:rPr>
                <w:color w:val="EE0000"/>
              </w:rPr>
            </w:pPr>
            <w:r w:rsidRPr="002D479A">
              <w:rPr>
                <w:color w:val="EE0000"/>
              </w:rPr>
              <w:t>www.xxx//</w:t>
            </w:r>
          </w:p>
        </w:tc>
      </w:tr>
      <w:tr w:rsidR="007D432D" w14:paraId="381E07F9" w14:textId="77777777" w:rsidTr="00A85F2A">
        <w:tc>
          <w:tcPr>
            <w:tcW w:w="934" w:type="pct"/>
          </w:tcPr>
          <w:p w14:paraId="64418A32" w14:textId="77777777" w:rsidR="007D432D" w:rsidRPr="002D479A" w:rsidRDefault="007D432D" w:rsidP="00951DA9">
            <w:pPr>
              <w:jc w:val="both"/>
              <w:rPr>
                <w:color w:val="EE0000"/>
              </w:rPr>
            </w:pPr>
            <w:r w:rsidRPr="002D479A">
              <w:rPr>
                <w:color w:val="EE0000"/>
              </w:rPr>
              <w:t>Livro</w:t>
            </w:r>
          </w:p>
        </w:tc>
        <w:tc>
          <w:tcPr>
            <w:tcW w:w="769" w:type="pct"/>
          </w:tcPr>
          <w:p w14:paraId="415F8578" w14:textId="77777777" w:rsidR="007D432D" w:rsidRPr="002D479A" w:rsidRDefault="007D432D" w:rsidP="00951DA9">
            <w:pPr>
              <w:jc w:val="both"/>
              <w:rPr>
                <w:color w:val="EE0000"/>
              </w:rPr>
            </w:pPr>
            <w:r w:rsidRPr="002D479A">
              <w:rPr>
                <w:color w:val="EE0000"/>
              </w:rPr>
              <w:t>-</w:t>
            </w:r>
          </w:p>
        </w:tc>
        <w:tc>
          <w:tcPr>
            <w:tcW w:w="1018" w:type="pct"/>
          </w:tcPr>
          <w:p w14:paraId="08901641" w14:textId="77777777" w:rsidR="007D432D" w:rsidRPr="002D479A" w:rsidRDefault="007D432D" w:rsidP="00951DA9">
            <w:pPr>
              <w:jc w:val="both"/>
              <w:rPr>
                <w:color w:val="EE0000"/>
              </w:rPr>
            </w:pPr>
            <w:r w:rsidRPr="002D479A">
              <w:rPr>
                <w:color w:val="EE0000"/>
              </w:rPr>
              <w:t>B2</w:t>
            </w:r>
          </w:p>
        </w:tc>
        <w:tc>
          <w:tcPr>
            <w:tcW w:w="2279" w:type="pct"/>
          </w:tcPr>
          <w:p w14:paraId="47CA54A5" w14:textId="5A3995E1" w:rsidR="007D432D" w:rsidRPr="002D479A" w:rsidRDefault="007D432D" w:rsidP="00951DA9">
            <w:pPr>
              <w:jc w:val="both"/>
              <w:rPr>
                <w:color w:val="EE0000"/>
              </w:rPr>
            </w:pPr>
            <w:r w:rsidRPr="002D479A">
              <w:rPr>
                <w:color w:val="EE0000"/>
              </w:rPr>
              <w:t>2345/0102</w:t>
            </w:r>
          </w:p>
        </w:tc>
      </w:tr>
      <w:tr w:rsidR="007D432D" w14:paraId="697C1A97" w14:textId="77777777" w:rsidTr="00A85F2A">
        <w:tc>
          <w:tcPr>
            <w:tcW w:w="934" w:type="pct"/>
          </w:tcPr>
          <w:p w14:paraId="7324A09D" w14:textId="77777777" w:rsidR="007D432D" w:rsidRPr="002D479A" w:rsidRDefault="007D432D" w:rsidP="00951DA9">
            <w:pPr>
              <w:jc w:val="both"/>
              <w:rPr>
                <w:color w:val="EE0000"/>
              </w:rPr>
            </w:pPr>
          </w:p>
        </w:tc>
        <w:tc>
          <w:tcPr>
            <w:tcW w:w="769" w:type="pct"/>
          </w:tcPr>
          <w:p w14:paraId="5F3299F9" w14:textId="77777777" w:rsidR="007D432D" w:rsidRPr="002D479A" w:rsidRDefault="007D432D" w:rsidP="00951DA9">
            <w:pPr>
              <w:jc w:val="both"/>
              <w:rPr>
                <w:color w:val="EE0000"/>
              </w:rPr>
            </w:pPr>
          </w:p>
        </w:tc>
        <w:tc>
          <w:tcPr>
            <w:tcW w:w="1018" w:type="pct"/>
          </w:tcPr>
          <w:p w14:paraId="3349D7E0" w14:textId="77777777" w:rsidR="007D432D" w:rsidRPr="002D479A" w:rsidRDefault="007D432D" w:rsidP="00951DA9">
            <w:pPr>
              <w:jc w:val="both"/>
              <w:rPr>
                <w:color w:val="EE0000"/>
              </w:rPr>
            </w:pPr>
          </w:p>
        </w:tc>
        <w:tc>
          <w:tcPr>
            <w:tcW w:w="2279" w:type="pct"/>
          </w:tcPr>
          <w:p w14:paraId="0CE287B0" w14:textId="77777777" w:rsidR="007D432D" w:rsidRPr="002D479A" w:rsidRDefault="007D432D" w:rsidP="00951DA9">
            <w:pPr>
              <w:jc w:val="both"/>
              <w:rPr>
                <w:color w:val="EE0000"/>
              </w:rPr>
            </w:pPr>
          </w:p>
        </w:tc>
      </w:tr>
      <w:tr w:rsidR="007D432D" w14:paraId="1197D8B9" w14:textId="77777777" w:rsidTr="00A85F2A">
        <w:tc>
          <w:tcPr>
            <w:tcW w:w="934" w:type="pct"/>
          </w:tcPr>
          <w:p w14:paraId="591500C6" w14:textId="77777777" w:rsidR="007D432D" w:rsidRDefault="007D432D" w:rsidP="00951DA9">
            <w:pPr>
              <w:tabs>
                <w:tab w:val="left" w:pos="750"/>
              </w:tabs>
              <w:jc w:val="both"/>
            </w:pPr>
          </w:p>
        </w:tc>
        <w:tc>
          <w:tcPr>
            <w:tcW w:w="769" w:type="pct"/>
          </w:tcPr>
          <w:p w14:paraId="15CB97AE" w14:textId="77777777" w:rsidR="007D432D" w:rsidRDefault="007D432D" w:rsidP="00951DA9">
            <w:pPr>
              <w:jc w:val="both"/>
            </w:pPr>
          </w:p>
        </w:tc>
        <w:tc>
          <w:tcPr>
            <w:tcW w:w="1018" w:type="pct"/>
          </w:tcPr>
          <w:p w14:paraId="3E86A954" w14:textId="77777777" w:rsidR="007D432D" w:rsidRDefault="007D432D" w:rsidP="00951DA9">
            <w:pPr>
              <w:jc w:val="both"/>
            </w:pPr>
          </w:p>
        </w:tc>
        <w:tc>
          <w:tcPr>
            <w:tcW w:w="2279" w:type="pct"/>
          </w:tcPr>
          <w:p w14:paraId="5546A0E8" w14:textId="77777777" w:rsidR="007D432D" w:rsidRDefault="007D432D" w:rsidP="00951DA9">
            <w:pPr>
              <w:jc w:val="both"/>
            </w:pPr>
          </w:p>
        </w:tc>
      </w:tr>
      <w:tr w:rsidR="007D432D" w14:paraId="5604FFEC" w14:textId="77777777" w:rsidTr="00A85F2A">
        <w:tc>
          <w:tcPr>
            <w:tcW w:w="934" w:type="pct"/>
          </w:tcPr>
          <w:p w14:paraId="0961EF07" w14:textId="77777777" w:rsidR="007D432D" w:rsidRDefault="007D432D" w:rsidP="00951DA9">
            <w:pPr>
              <w:jc w:val="both"/>
            </w:pPr>
          </w:p>
        </w:tc>
        <w:tc>
          <w:tcPr>
            <w:tcW w:w="769" w:type="pct"/>
          </w:tcPr>
          <w:p w14:paraId="0D1B8D67" w14:textId="77777777" w:rsidR="007D432D" w:rsidRDefault="007D432D" w:rsidP="00951DA9">
            <w:pPr>
              <w:jc w:val="both"/>
            </w:pPr>
          </w:p>
        </w:tc>
        <w:tc>
          <w:tcPr>
            <w:tcW w:w="1018" w:type="pct"/>
          </w:tcPr>
          <w:p w14:paraId="750C622F" w14:textId="77777777" w:rsidR="007D432D" w:rsidRDefault="007D432D" w:rsidP="00951DA9">
            <w:pPr>
              <w:jc w:val="both"/>
            </w:pPr>
          </w:p>
        </w:tc>
        <w:tc>
          <w:tcPr>
            <w:tcW w:w="2279" w:type="pct"/>
          </w:tcPr>
          <w:p w14:paraId="145683A5" w14:textId="77777777" w:rsidR="007D432D" w:rsidRDefault="007D432D" w:rsidP="00951DA9">
            <w:pPr>
              <w:jc w:val="both"/>
            </w:pPr>
          </w:p>
        </w:tc>
      </w:tr>
      <w:tr w:rsidR="007D432D" w14:paraId="5CA15D6D" w14:textId="77777777" w:rsidTr="00A85F2A">
        <w:tc>
          <w:tcPr>
            <w:tcW w:w="934" w:type="pct"/>
          </w:tcPr>
          <w:p w14:paraId="18DAD64E" w14:textId="77777777" w:rsidR="007D432D" w:rsidRDefault="007D432D" w:rsidP="00951DA9">
            <w:pPr>
              <w:jc w:val="both"/>
            </w:pPr>
          </w:p>
        </w:tc>
        <w:tc>
          <w:tcPr>
            <w:tcW w:w="769" w:type="pct"/>
          </w:tcPr>
          <w:p w14:paraId="1E5C3273" w14:textId="77777777" w:rsidR="007D432D" w:rsidRDefault="007D432D" w:rsidP="00951DA9">
            <w:pPr>
              <w:jc w:val="both"/>
            </w:pPr>
          </w:p>
        </w:tc>
        <w:tc>
          <w:tcPr>
            <w:tcW w:w="1018" w:type="pct"/>
          </w:tcPr>
          <w:p w14:paraId="52081D86" w14:textId="77777777" w:rsidR="007D432D" w:rsidRDefault="007D432D" w:rsidP="00951DA9">
            <w:pPr>
              <w:jc w:val="both"/>
            </w:pPr>
          </w:p>
        </w:tc>
        <w:tc>
          <w:tcPr>
            <w:tcW w:w="2279" w:type="pct"/>
          </w:tcPr>
          <w:p w14:paraId="6301F1AD" w14:textId="77777777" w:rsidR="007D432D" w:rsidRDefault="007D432D" w:rsidP="00951DA9">
            <w:pPr>
              <w:jc w:val="both"/>
            </w:pPr>
          </w:p>
        </w:tc>
      </w:tr>
    </w:tbl>
    <w:p w14:paraId="54670633" w14:textId="77777777" w:rsidR="00814D1F" w:rsidRDefault="00814D1F" w:rsidP="00814D1F">
      <w:pPr>
        <w:spacing w:line="240" w:lineRule="auto"/>
        <w:jc w:val="both"/>
      </w:pPr>
      <w:r>
        <w:rPr>
          <w:b/>
          <w:bCs/>
        </w:rPr>
        <w:t xml:space="preserve">Obs: </w:t>
      </w:r>
      <w:r w:rsidRPr="00797869">
        <w:t>As informações destacadas em vermelho são meramente exemplificativas e deverão ser substituídas pelos dados correspondentes a cada docente.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470"/>
        <w:gridCol w:w="2033"/>
        <w:gridCol w:w="2692"/>
        <w:gridCol w:w="6026"/>
      </w:tblGrid>
      <w:tr w:rsidR="00797869" w14:paraId="03DD01B5" w14:textId="77777777" w:rsidTr="00951DA9">
        <w:tc>
          <w:tcPr>
            <w:tcW w:w="5000" w:type="pct"/>
            <w:gridSpan w:val="4"/>
          </w:tcPr>
          <w:p w14:paraId="4DCB1B24" w14:textId="394B5BF6" w:rsidR="00797869" w:rsidRPr="00422EE3" w:rsidRDefault="00797869" w:rsidP="00951DA9">
            <w:pPr>
              <w:tabs>
                <w:tab w:val="left" w:pos="750"/>
              </w:tabs>
              <w:jc w:val="both"/>
              <w:rPr>
                <w:b/>
                <w:bCs/>
                <w:i/>
                <w:iCs/>
              </w:rPr>
            </w:pPr>
            <w:r w:rsidRPr="00422EE3">
              <w:rPr>
                <w:b/>
                <w:bCs/>
              </w:rPr>
              <w:t>Nome do docente 0</w:t>
            </w:r>
            <w:r>
              <w:rPr>
                <w:b/>
                <w:bCs/>
              </w:rPr>
              <w:t>2</w:t>
            </w:r>
            <w:r w:rsidRPr="00422EE3">
              <w:rPr>
                <w:b/>
                <w:bCs/>
              </w:rPr>
              <w:t xml:space="preserve">: </w:t>
            </w:r>
          </w:p>
        </w:tc>
      </w:tr>
      <w:tr w:rsidR="00797869" w14:paraId="7F780823" w14:textId="77777777" w:rsidTr="00A85F2A">
        <w:tc>
          <w:tcPr>
            <w:tcW w:w="2721" w:type="pct"/>
            <w:gridSpan w:val="3"/>
          </w:tcPr>
          <w:p w14:paraId="5097371F" w14:textId="77777777" w:rsidR="00797869" w:rsidRPr="00422EE3" w:rsidRDefault="00797869" w:rsidP="00951DA9">
            <w:pPr>
              <w:jc w:val="both"/>
              <w:rPr>
                <w:b/>
                <w:bCs/>
              </w:rPr>
            </w:pPr>
            <w:r w:rsidRPr="00422EE3">
              <w:rPr>
                <w:b/>
                <w:bCs/>
              </w:rPr>
              <w:t xml:space="preserve">Métrica exigida pela área: </w:t>
            </w:r>
          </w:p>
        </w:tc>
        <w:tc>
          <w:tcPr>
            <w:tcW w:w="2279" w:type="pct"/>
          </w:tcPr>
          <w:p w14:paraId="542A8D35" w14:textId="77777777" w:rsidR="00797869" w:rsidRPr="00422EE3" w:rsidRDefault="00797869" w:rsidP="00951DA9">
            <w:pPr>
              <w:jc w:val="both"/>
              <w:rPr>
                <w:b/>
                <w:bCs/>
              </w:rPr>
            </w:pPr>
            <w:r w:rsidRPr="00422EE3">
              <w:rPr>
                <w:b/>
                <w:bCs/>
              </w:rPr>
              <w:t xml:space="preserve">Métrica atingida pelo docente: </w:t>
            </w:r>
          </w:p>
        </w:tc>
      </w:tr>
      <w:tr w:rsidR="007D432D" w14:paraId="58B776EE" w14:textId="77777777" w:rsidTr="00A85F2A">
        <w:tc>
          <w:tcPr>
            <w:tcW w:w="934" w:type="pct"/>
            <w:shd w:val="clear" w:color="auto" w:fill="D9D9D9" w:themeFill="background1" w:themeFillShade="D9"/>
            <w:vAlign w:val="center"/>
          </w:tcPr>
          <w:p w14:paraId="3ADD1768" w14:textId="77777777" w:rsidR="007D432D" w:rsidRPr="00422EE3" w:rsidRDefault="007D432D" w:rsidP="00951DA9">
            <w:pPr>
              <w:tabs>
                <w:tab w:val="left" w:pos="750"/>
              </w:tabs>
              <w:jc w:val="center"/>
              <w:rPr>
                <w:b/>
                <w:bCs/>
              </w:rPr>
            </w:pPr>
            <w:r w:rsidRPr="00422EE3">
              <w:rPr>
                <w:b/>
                <w:bCs/>
              </w:rPr>
              <w:t>Tipo de Produção</w:t>
            </w:r>
          </w:p>
        </w:tc>
        <w:tc>
          <w:tcPr>
            <w:tcW w:w="769" w:type="pct"/>
            <w:shd w:val="clear" w:color="auto" w:fill="D9D9D9" w:themeFill="background1" w:themeFillShade="D9"/>
            <w:vAlign w:val="center"/>
          </w:tcPr>
          <w:p w14:paraId="4ED7D1D0" w14:textId="77777777" w:rsidR="007D432D" w:rsidRPr="00422EE3" w:rsidRDefault="007D432D" w:rsidP="00951DA9">
            <w:pPr>
              <w:jc w:val="center"/>
              <w:rPr>
                <w:b/>
                <w:bCs/>
              </w:rPr>
            </w:pPr>
            <w:r w:rsidRPr="00422EE3">
              <w:rPr>
                <w:b/>
                <w:bCs/>
              </w:rPr>
              <w:t>Fator de Impacto</w:t>
            </w:r>
          </w:p>
        </w:tc>
        <w:tc>
          <w:tcPr>
            <w:tcW w:w="1018" w:type="pct"/>
            <w:shd w:val="clear" w:color="auto" w:fill="D9D9D9" w:themeFill="background1" w:themeFillShade="D9"/>
            <w:vAlign w:val="center"/>
          </w:tcPr>
          <w:p w14:paraId="4898FB05" w14:textId="77777777" w:rsidR="007D432D" w:rsidRPr="00422EE3" w:rsidRDefault="007D432D" w:rsidP="00951DA9">
            <w:pPr>
              <w:jc w:val="center"/>
              <w:rPr>
                <w:b/>
                <w:bCs/>
              </w:rPr>
            </w:pPr>
            <w:r w:rsidRPr="00422EE3">
              <w:rPr>
                <w:b/>
                <w:bCs/>
              </w:rPr>
              <w:t>Classificação na área</w:t>
            </w:r>
          </w:p>
        </w:tc>
        <w:tc>
          <w:tcPr>
            <w:tcW w:w="2279" w:type="pct"/>
            <w:shd w:val="clear" w:color="auto" w:fill="D9D9D9" w:themeFill="background1" w:themeFillShade="D9"/>
            <w:vAlign w:val="center"/>
          </w:tcPr>
          <w:p w14:paraId="285B7C2C" w14:textId="4C3CBEE5" w:rsidR="007D432D" w:rsidRPr="00422EE3" w:rsidRDefault="007D432D" w:rsidP="00951DA9">
            <w:pPr>
              <w:jc w:val="center"/>
              <w:rPr>
                <w:b/>
                <w:bCs/>
              </w:rPr>
            </w:pPr>
            <w:r w:rsidRPr="00422EE3">
              <w:rPr>
                <w:b/>
                <w:bCs/>
              </w:rPr>
              <w:t>Link/DOI/ISSN</w:t>
            </w:r>
          </w:p>
        </w:tc>
      </w:tr>
      <w:tr w:rsidR="007D432D" w14:paraId="3323B3CB" w14:textId="77777777" w:rsidTr="00A85F2A">
        <w:tc>
          <w:tcPr>
            <w:tcW w:w="934" w:type="pct"/>
          </w:tcPr>
          <w:p w14:paraId="115A653A" w14:textId="5C2932AA" w:rsidR="007D432D" w:rsidRPr="002D479A" w:rsidRDefault="007D432D" w:rsidP="00951DA9">
            <w:pPr>
              <w:jc w:val="both"/>
              <w:rPr>
                <w:color w:val="EE0000"/>
              </w:rPr>
            </w:pPr>
          </w:p>
        </w:tc>
        <w:tc>
          <w:tcPr>
            <w:tcW w:w="769" w:type="pct"/>
          </w:tcPr>
          <w:p w14:paraId="53EA109A" w14:textId="11FE199C" w:rsidR="007D432D" w:rsidRPr="002D479A" w:rsidRDefault="007D432D" w:rsidP="00951DA9">
            <w:pPr>
              <w:jc w:val="both"/>
              <w:rPr>
                <w:color w:val="EE0000"/>
              </w:rPr>
            </w:pPr>
          </w:p>
        </w:tc>
        <w:tc>
          <w:tcPr>
            <w:tcW w:w="1018" w:type="pct"/>
          </w:tcPr>
          <w:p w14:paraId="558BB611" w14:textId="1ADC56E4" w:rsidR="007D432D" w:rsidRPr="002D479A" w:rsidRDefault="007D432D" w:rsidP="00951DA9">
            <w:pPr>
              <w:jc w:val="both"/>
              <w:rPr>
                <w:color w:val="EE0000"/>
              </w:rPr>
            </w:pPr>
          </w:p>
        </w:tc>
        <w:tc>
          <w:tcPr>
            <w:tcW w:w="2279" w:type="pct"/>
          </w:tcPr>
          <w:p w14:paraId="534C59F3" w14:textId="4DB6E674" w:rsidR="007D432D" w:rsidRPr="002D479A" w:rsidRDefault="007D432D" w:rsidP="00951DA9">
            <w:pPr>
              <w:jc w:val="both"/>
              <w:rPr>
                <w:color w:val="EE0000"/>
              </w:rPr>
            </w:pPr>
          </w:p>
        </w:tc>
      </w:tr>
      <w:tr w:rsidR="007D432D" w14:paraId="25B94D42" w14:textId="77777777" w:rsidTr="00A85F2A">
        <w:tc>
          <w:tcPr>
            <w:tcW w:w="934" w:type="pct"/>
          </w:tcPr>
          <w:p w14:paraId="7BB53787" w14:textId="7F080895" w:rsidR="007D432D" w:rsidRPr="002D479A" w:rsidRDefault="007D432D" w:rsidP="00951DA9">
            <w:pPr>
              <w:jc w:val="both"/>
              <w:rPr>
                <w:color w:val="EE0000"/>
              </w:rPr>
            </w:pPr>
          </w:p>
        </w:tc>
        <w:tc>
          <w:tcPr>
            <w:tcW w:w="769" w:type="pct"/>
          </w:tcPr>
          <w:p w14:paraId="72202C80" w14:textId="204E8319" w:rsidR="007D432D" w:rsidRPr="002D479A" w:rsidRDefault="007D432D" w:rsidP="00951DA9">
            <w:pPr>
              <w:jc w:val="both"/>
              <w:rPr>
                <w:color w:val="EE0000"/>
              </w:rPr>
            </w:pPr>
          </w:p>
        </w:tc>
        <w:tc>
          <w:tcPr>
            <w:tcW w:w="1018" w:type="pct"/>
          </w:tcPr>
          <w:p w14:paraId="57583172" w14:textId="3BCF71D3" w:rsidR="007D432D" w:rsidRPr="002D479A" w:rsidRDefault="007D432D" w:rsidP="00951DA9">
            <w:pPr>
              <w:jc w:val="both"/>
              <w:rPr>
                <w:color w:val="EE0000"/>
              </w:rPr>
            </w:pPr>
          </w:p>
        </w:tc>
        <w:tc>
          <w:tcPr>
            <w:tcW w:w="2279" w:type="pct"/>
          </w:tcPr>
          <w:p w14:paraId="26A5123C" w14:textId="77777777" w:rsidR="007D432D" w:rsidRPr="002D479A" w:rsidRDefault="007D432D" w:rsidP="00951DA9">
            <w:pPr>
              <w:jc w:val="both"/>
              <w:rPr>
                <w:color w:val="EE0000"/>
              </w:rPr>
            </w:pPr>
          </w:p>
        </w:tc>
      </w:tr>
      <w:tr w:rsidR="007D432D" w14:paraId="51E4D727" w14:textId="77777777" w:rsidTr="00A85F2A">
        <w:tc>
          <w:tcPr>
            <w:tcW w:w="934" w:type="pct"/>
          </w:tcPr>
          <w:p w14:paraId="50D59F10" w14:textId="77777777" w:rsidR="007D432D" w:rsidRPr="002D479A" w:rsidRDefault="007D432D" w:rsidP="00951DA9">
            <w:pPr>
              <w:jc w:val="both"/>
              <w:rPr>
                <w:color w:val="EE0000"/>
              </w:rPr>
            </w:pPr>
          </w:p>
        </w:tc>
        <w:tc>
          <w:tcPr>
            <w:tcW w:w="769" w:type="pct"/>
          </w:tcPr>
          <w:p w14:paraId="2E440A98" w14:textId="77777777" w:rsidR="007D432D" w:rsidRPr="002D479A" w:rsidRDefault="007D432D" w:rsidP="00951DA9">
            <w:pPr>
              <w:jc w:val="both"/>
              <w:rPr>
                <w:color w:val="EE0000"/>
              </w:rPr>
            </w:pPr>
          </w:p>
        </w:tc>
        <w:tc>
          <w:tcPr>
            <w:tcW w:w="1018" w:type="pct"/>
          </w:tcPr>
          <w:p w14:paraId="035744A3" w14:textId="77777777" w:rsidR="007D432D" w:rsidRPr="002D479A" w:rsidRDefault="007D432D" w:rsidP="00951DA9">
            <w:pPr>
              <w:jc w:val="both"/>
              <w:rPr>
                <w:color w:val="EE0000"/>
              </w:rPr>
            </w:pPr>
          </w:p>
        </w:tc>
        <w:tc>
          <w:tcPr>
            <w:tcW w:w="2279" w:type="pct"/>
          </w:tcPr>
          <w:p w14:paraId="40D1F65B" w14:textId="77777777" w:rsidR="007D432D" w:rsidRPr="002D479A" w:rsidRDefault="007D432D" w:rsidP="00951DA9">
            <w:pPr>
              <w:jc w:val="both"/>
              <w:rPr>
                <w:color w:val="EE0000"/>
              </w:rPr>
            </w:pPr>
          </w:p>
        </w:tc>
      </w:tr>
      <w:tr w:rsidR="007D432D" w14:paraId="1477C0FD" w14:textId="77777777" w:rsidTr="00A85F2A">
        <w:tc>
          <w:tcPr>
            <w:tcW w:w="934" w:type="pct"/>
          </w:tcPr>
          <w:p w14:paraId="531EC1B1" w14:textId="77777777" w:rsidR="007D432D" w:rsidRDefault="007D432D" w:rsidP="00951DA9">
            <w:pPr>
              <w:tabs>
                <w:tab w:val="left" w:pos="750"/>
              </w:tabs>
              <w:jc w:val="both"/>
            </w:pPr>
          </w:p>
        </w:tc>
        <w:tc>
          <w:tcPr>
            <w:tcW w:w="769" w:type="pct"/>
          </w:tcPr>
          <w:p w14:paraId="5DF98AED" w14:textId="77777777" w:rsidR="007D432D" w:rsidRDefault="007D432D" w:rsidP="00951DA9">
            <w:pPr>
              <w:jc w:val="both"/>
            </w:pPr>
          </w:p>
        </w:tc>
        <w:tc>
          <w:tcPr>
            <w:tcW w:w="1018" w:type="pct"/>
          </w:tcPr>
          <w:p w14:paraId="495387F4" w14:textId="77777777" w:rsidR="007D432D" w:rsidRDefault="007D432D" w:rsidP="00951DA9">
            <w:pPr>
              <w:jc w:val="both"/>
            </w:pPr>
          </w:p>
        </w:tc>
        <w:tc>
          <w:tcPr>
            <w:tcW w:w="2279" w:type="pct"/>
          </w:tcPr>
          <w:p w14:paraId="4956729D" w14:textId="77777777" w:rsidR="007D432D" w:rsidRDefault="007D432D" w:rsidP="00951DA9">
            <w:pPr>
              <w:jc w:val="both"/>
            </w:pPr>
          </w:p>
        </w:tc>
      </w:tr>
      <w:tr w:rsidR="007D432D" w14:paraId="7008C3BB" w14:textId="77777777" w:rsidTr="00A85F2A">
        <w:tc>
          <w:tcPr>
            <w:tcW w:w="934" w:type="pct"/>
          </w:tcPr>
          <w:p w14:paraId="5133561E" w14:textId="77777777" w:rsidR="007D432D" w:rsidRDefault="007D432D" w:rsidP="00951DA9">
            <w:pPr>
              <w:jc w:val="both"/>
            </w:pPr>
          </w:p>
        </w:tc>
        <w:tc>
          <w:tcPr>
            <w:tcW w:w="769" w:type="pct"/>
          </w:tcPr>
          <w:p w14:paraId="397B9D2F" w14:textId="77777777" w:rsidR="007D432D" w:rsidRDefault="007D432D" w:rsidP="00951DA9">
            <w:pPr>
              <w:jc w:val="both"/>
            </w:pPr>
          </w:p>
        </w:tc>
        <w:tc>
          <w:tcPr>
            <w:tcW w:w="1018" w:type="pct"/>
          </w:tcPr>
          <w:p w14:paraId="5649D735" w14:textId="77777777" w:rsidR="007D432D" w:rsidRDefault="007D432D" w:rsidP="00951DA9">
            <w:pPr>
              <w:jc w:val="both"/>
            </w:pPr>
          </w:p>
        </w:tc>
        <w:tc>
          <w:tcPr>
            <w:tcW w:w="2279" w:type="pct"/>
          </w:tcPr>
          <w:p w14:paraId="38C4C6BB" w14:textId="77777777" w:rsidR="007D432D" w:rsidRDefault="007D432D" w:rsidP="00951DA9">
            <w:pPr>
              <w:jc w:val="both"/>
            </w:pPr>
          </w:p>
        </w:tc>
      </w:tr>
      <w:tr w:rsidR="007D432D" w14:paraId="636E3FAA" w14:textId="77777777" w:rsidTr="00A85F2A">
        <w:tc>
          <w:tcPr>
            <w:tcW w:w="934" w:type="pct"/>
          </w:tcPr>
          <w:p w14:paraId="1B49C7EF" w14:textId="77777777" w:rsidR="007D432D" w:rsidRDefault="007D432D" w:rsidP="00951DA9">
            <w:pPr>
              <w:jc w:val="both"/>
            </w:pPr>
          </w:p>
        </w:tc>
        <w:tc>
          <w:tcPr>
            <w:tcW w:w="769" w:type="pct"/>
          </w:tcPr>
          <w:p w14:paraId="7887DDFC" w14:textId="77777777" w:rsidR="007D432D" w:rsidRDefault="007D432D" w:rsidP="00951DA9">
            <w:pPr>
              <w:jc w:val="both"/>
            </w:pPr>
          </w:p>
        </w:tc>
        <w:tc>
          <w:tcPr>
            <w:tcW w:w="1018" w:type="pct"/>
          </w:tcPr>
          <w:p w14:paraId="0F5BF54D" w14:textId="77777777" w:rsidR="007D432D" w:rsidRDefault="007D432D" w:rsidP="00951DA9">
            <w:pPr>
              <w:jc w:val="both"/>
            </w:pPr>
          </w:p>
        </w:tc>
        <w:tc>
          <w:tcPr>
            <w:tcW w:w="2279" w:type="pct"/>
          </w:tcPr>
          <w:p w14:paraId="49B29796" w14:textId="77777777" w:rsidR="007D432D" w:rsidRDefault="007D432D" w:rsidP="00951DA9">
            <w:pPr>
              <w:jc w:val="both"/>
            </w:pPr>
          </w:p>
        </w:tc>
      </w:tr>
    </w:tbl>
    <w:p w14:paraId="75303306" w14:textId="77777777" w:rsidR="00E023F5" w:rsidRDefault="00E023F5" w:rsidP="00E023F5">
      <w:pPr>
        <w:spacing w:line="240" w:lineRule="auto"/>
        <w:jc w:val="both"/>
        <w:rPr>
          <w:b/>
          <w:bCs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470"/>
        <w:gridCol w:w="2033"/>
        <w:gridCol w:w="2692"/>
        <w:gridCol w:w="6026"/>
      </w:tblGrid>
      <w:tr w:rsidR="00E023F5" w14:paraId="24CB1A5A" w14:textId="77777777" w:rsidTr="00803B6E">
        <w:tc>
          <w:tcPr>
            <w:tcW w:w="5000" w:type="pct"/>
            <w:gridSpan w:val="4"/>
          </w:tcPr>
          <w:p w14:paraId="55226D62" w14:textId="3C43D6DC" w:rsidR="00E023F5" w:rsidRPr="00422EE3" w:rsidRDefault="00E023F5" w:rsidP="00803B6E">
            <w:pPr>
              <w:tabs>
                <w:tab w:val="left" w:pos="750"/>
              </w:tabs>
              <w:jc w:val="both"/>
              <w:rPr>
                <w:b/>
                <w:bCs/>
                <w:i/>
                <w:iCs/>
              </w:rPr>
            </w:pPr>
            <w:r w:rsidRPr="00422EE3">
              <w:rPr>
                <w:b/>
                <w:bCs/>
              </w:rPr>
              <w:t>Nome do docente 0</w:t>
            </w:r>
            <w:r>
              <w:rPr>
                <w:b/>
                <w:bCs/>
              </w:rPr>
              <w:t>3</w:t>
            </w:r>
            <w:r w:rsidRPr="00422EE3">
              <w:rPr>
                <w:b/>
                <w:bCs/>
              </w:rPr>
              <w:t xml:space="preserve">: </w:t>
            </w:r>
          </w:p>
        </w:tc>
      </w:tr>
      <w:tr w:rsidR="00E023F5" w14:paraId="0BFE59E9" w14:textId="77777777" w:rsidTr="00803B6E">
        <w:tc>
          <w:tcPr>
            <w:tcW w:w="2721" w:type="pct"/>
            <w:gridSpan w:val="3"/>
          </w:tcPr>
          <w:p w14:paraId="1EBEA8B1" w14:textId="77777777" w:rsidR="00E023F5" w:rsidRPr="00422EE3" w:rsidRDefault="00E023F5" w:rsidP="00803B6E">
            <w:pPr>
              <w:jc w:val="both"/>
              <w:rPr>
                <w:b/>
                <w:bCs/>
              </w:rPr>
            </w:pPr>
            <w:r w:rsidRPr="00422EE3">
              <w:rPr>
                <w:b/>
                <w:bCs/>
              </w:rPr>
              <w:t xml:space="preserve">Métrica exigida pela área: </w:t>
            </w:r>
          </w:p>
        </w:tc>
        <w:tc>
          <w:tcPr>
            <w:tcW w:w="2279" w:type="pct"/>
          </w:tcPr>
          <w:p w14:paraId="135A5868" w14:textId="77777777" w:rsidR="00E023F5" w:rsidRPr="00422EE3" w:rsidRDefault="00E023F5" w:rsidP="00803B6E">
            <w:pPr>
              <w:jc w:val="both"/>
              <w:rPr>
                <w:b/>
                <w:bCs/>
              </w:rPr>
            </w:pPr>
            <w:r w:rsidRPr="00422EE3">
              <w:rPr>
                <w:b/>
                <w:bCs/>
              </w:rPr>
              <w:t xml:space="preserve">Métrica atingida pelo docente: </w:t>
            </w:r>
          </w:p>
        </w:tc>
      </w:tr>
      <w:tr w:rsidR="00E023F5" w14:paraId="57F2D353" w14:textId="77777777" w:rsidTr="00803B6E">
        <w:tc>
          <w:tcPr>
            <w:tcW w:w="934" w:type="pct"/>
            <w:shd w:val="clear" w:color="auto" w:fill="D9D9D9" w:themeFill="background1" w:themeFillShade="D9"/>
            <w:vAlign w:val="center"/>
          </w:tcPr>
          <w:p w14:paraId="37CC081A" w14:textId="77777777" w:rsidR="00E023F5" w:rsidRPr="00422EE3" w:rsidRDefault="00E023F5" w:rsidP="00803B6E">
            <w:pPr>
              <w:tabs>
                <w:tab w:val="left" w:pos="750"/>
              </w:tabs>
              <w:jc w:val="center"/>
              <w:rPr>
                <w:b/>
                <w:bCs/>
              </w:rPr>
            </w:pPr>
            <w:r w:rsidRPr="00422EE3">
              <w:rPr>
                <w:b/>
                <w:bCs/>
              </w:rPr>
              <w:t>Tipo de Produção</w:t>
            </w:r>
          </w:p>
        </w:tc>
        <w:tc>
          <w:tcPr>
            <w:tcW w:w="769" w:type="pct"/>
            <w:shd w:val="clear" w:color="auto" w:fill="D9D9D9" w:themeFill="background1" w:themeFillShade="D9"/>
            <w:vAlign w:val="center"/>
          </w:tcPr>
          <w:p w14:paraId="295F99B9" w14:textId="77777777" w:rsidR="00E023F5" w:rsidRPr="00422EE3" w:rsidRDefault="00E023F5" w:rsidP="00803B6E">
            <w:pPr>
              <w:jc w:val="center"/>
              <w:rPr>
                <w:b/>
                <w:bCs/>
              </w:rPr>
            </w:pPr>
            <w:r w:rsidRPr="00422EE3">
              <w:rPr>
                <w:b/>
                <w:bCs/>
              </w:rPr>
              <w:t>Fator de Impacto</w:t>
            </w:r>
          </w:p>
        </w:tc>
        <w:tc>
          <w:tcPr>
            <w:tcW w:w="1018" w:type="pct"/>
            <w:shd w:val="clear" w:color="auto" w:fill="D9D9D9" w:themeFill="background1" w:themeFillShade="D9"/>
            <w:vAlign w:val="center"/>
          </w:tcPr>
          <w:p w14:paraId="53992499" w14:textId="77777777" w:rsidR="00E023F5" w:rsidRPr="00422EE3" w:rsidRDefault="00E023F5" w:rsidP="00803B6E">
            <w:pPr>
              <w:jc w:val="center"/>
              <w:rPr>
                <w:b/>
                <w:bCs/>
              </w:rPr>
            </w:pPr>
            <w:r w:rsidRPr="00422EE3">
              <w:rPr>
                <w:b/>
                <w:bCs/>
              </w:rPr>
              <w:t>Classificação na área</w:t>
            </w:r>
          </w:p>
        </w:tc>
        <w:tc>
          <w:tcPr>
            <w:tcW w:w="2279" w:type="pct"/>
            <w:shd w:val="clear" w:color="auto" w:fill="D9D9D9" w:themeFill="background1" w:themeFillShade="D9"/>
            <w:vAlign w:val="center"/>
          </w:tcPr>
          <w:p w14:paraId="351DEBFB" w14:textId="77777777" w:rsidR="00E023F5" w:rsidRPr="00422EE3" w:rsidRDefault="00E023F5" w:rsidP="00803B6E">
            <w:pPr>
              <w:jc w:val="center"/>
              <w:rPr>
                <w:b/>
                <w:bCs/>
              </w:rPr>
            </w:pPr>
            <w:r w:rsidRPr="00422EE3">
              <w:rPr>
                <w:b/>
                <w:bCs/>
              </w:rPr>
              <w:t>Link/DOI/ISSN</w:t>
            </w:r>
          </w:p>
        </w:tc>
      </w:tr>
      <w:tr w:rsidR="00E023F5" w14:paraId="6E0B1800" w14:textId="77777777" w:rsidTr="00803B6E">
        <w:tc>
          <w:tcPr>
            <w:tcW w:w="934" w:type="pct"/>
          </w:tcPr>
          <w:p w14:paraId="19A1FA83" w14:textId="77777777" w:rsidR="00E023F5" w:rsidRPr="002D479A" w:rsidRDefault="00E023F5" w:rsidP="00803B6E">
            <w:pPr>
              <w:jc w:val="both"/>
              <w:rPr>
                <w:color w:val="EE0000"/>
              </w:rPr>
            </w:pPr>
          </w:p>
        </w:tc>
        <w:tc>
          <w:tcPr>
            <w:tcW w:w="769" w:type="pct"/>
          </w:tcPr>
          <w:p w14:paraId="76142185" w14:textId="77777777" w:rsidR="00E023F5" w:rsidRPr="002D479A" w:rsidRDefault="00E023F5" w:rsidP="00803B6E">
            <w:pPr>
              <w:jc w:val="both"/>
              <w:rPr>
                <w:color w:val="EE0000"/>
              </w:rPr>
            </w:pPr>
          </w:p>
        </w:tc>
        <w:tc>
          <w:tcPr>
            <w:tcW w:w="1018" w:type="pct"/>
          </w:tcPr>
          <w:p w14:paraId="7D56D26A" w14:textId="77777777" w:rsidR="00E023F5" w:rsidRPr="002D479A" w:rsidRDefault="00E023F5" w:rsidP="00803B6E">
            <w:pPr>
              <w:jc w:val="both"/>
              <w:rPr>
                <w:color w:val="EE0000"/>
              </w:rPr>
            </w:pPr>
          </w:p>
        </w:tc>
        <w:tc>
          <w:tcPr>
            <w:tcW w:w="2279" w:type="pct"/>
          </w:tcPr>
          <w:p w14:paraId="06D32A51" w14:textId="77777777" w:rsidR="00E023F5" w:rsidRPr="002D479A" w:rsidRDefault="00E023F5" w:rsidP="00803B6E">
            <w:pPr>
              <w:jc w:val="both"/>
              <w:rPr>
                <w:color w:val="EE0000"/>
              </w:rPr>
            </w:pPr>
          </w:p>
        </w:tc>
      </w:tr>
      <w:tr w:rsidR="00E023F5" w14:paraId="19BB2464" w14:textId="77777777" w:rsidTr="00803B6E">
        <w:tc>
          <w:tcPr>
            <w:tcW w:w="934" w:type="pct"/>
          </w:tcPr>
          <w:p w14:paraId="3AA4A924" w14:textId="77777777" w:rsidR="00E023F5" w:rsidRPr="002D479A" w:rsidRDefault="00E023F5" w:rsidP="00803B6E">
            <w:pPr>
              <w:jc w:val="both"/>
              <w:rPr>
                <w:color w:val="EE0000"/>
              </w:rPr>
            </w:pPr>
          </w:p>
        </w:tc>
        <w:tc>
          <w:tcPr>
            <w:tcW w:w="769" w:type="pct"/>
          </w:tcPr>
          <w:p w14:paraId="59F9AEB5" w14:textId="77777777" w:rsidR="00E023F5" w:rsidRPr="002D479A" w:rsidRDefault="00E023F5" w:rsidP="00803B6E">
            <w:pPr>
              <w:jc w:val="both"/>
              <w:rPr>
                <w:color w:val="EE0000"/>
              </w:rPr>
            </w:pPr>
          </w:p>
        </w:tc>
        <w:tc>
          <w:tcPr>
            <w:tcW w:w="1018" w:type="pct"/>
          </w:tcPr>
          <w:p w14:paraId="5AB02D6B" w14:textId="77777777" w:rsidR="00E023F5" w:rsidRPr="002D479A" w:rsidRDefault="00E023F5" w:rsidP="00803B6E">
            <w:pPr>
              <w:jc w:val="both"/>
              <w:rPr>
                <w:color w:val="EE0000"/>
              </w:rPr>
            </w:pPr>
          </w:p>
        </w:tc>
        <w:tc>
          <w:tcPr>
            <w:tcW w:w="2279" w:type="pct"/>
          </w:tcPr>
          <w:p w14:paraId="33CB4FA4" w14:textId="77777777" w:rsidR="00E023F5" w:rsidRPr="002D479A" w:rsidRDefault="00E023F5" w:rsidP="00803B6E">
            <w:pPr>
              <w:jc w:val="both"/>
              <w:rPr>
                <w:color w:val="EE0000"/>
              </w:rPr>
            </w:pPr>
          </w:p>
        </w:tc>
      </w:tr>
      <w:tr w:rsidR="00E023F5" w14:paraId="4C4D661B" w14:textId="77777777" w:rsidTr="00803B6E">
        <w:tc>
          <w:tcPr>
            <w:tcW w:w="934" w:type="pct"/>
          </w:tcPr>
          <w:p w14:paraId="3B6FD3B0" w14:textId="77777777" w:rsidR="00E023F5" w:rsidRPr="002D479A" w:rsidRDefault="00E023F5" w:rsidP="00803B6E">
            <w:pPr>
              <w:jc w:val="both"/>
              <w:rPr>
                <w:color w:val="EE0000"/>
              </w:rPr>
            </w:pPr>
          </w:p>
        </w:tc>
        <w:tc>
          <w:tcPr>
            <w:tcW w:w="769" w:type="pct"/>
          </w:tcPr>
          <w:p w14:paraId="4C18EC17" w14:textId="77777777" w:rsidR="00E023F5" w:rsidRPr="002D479A" w:rsidRDefault="00E023F5" w:rsidP="00803B6E">
            <w:pPr>
              <w:jc w:val="both"/>
              <w:rPr>
                <w:color w:val="EE0000"/>
              </w:rPr>
            </w:pPr>
          </w:p>
        </w:tc>
        <w:tc>
          <w:tcPr>
            <w:tcW w:w="1018" w:type="pct"/>
          </w:tcPr>
          <w:p w14:paraId="7326106F" w14:textId="77777777" w:rsidR="00E023F5" w:rsidRPr="002D479A" w:rsidRDefault="00E023F5" w:rsidP="00803B6E">
            <w:pPr>
              <w:jc w:val="both"/>
              <w:rPr>
                <w:color w:val="EE0000"/>
              </w:rPr>
            </w:pPr>
          </w:p>
        </w:tc>
        <w:tc>
          <w:tcPr>
            <w:tcW w:w="2279" w:type="pct"/>
          </w:tcPr>
          <w:p w14:paraId="1651699D" w14:textId="77777777" w:rsidR="00E023F5" w:rsidRPr="002D479A" w:rsidRDefault="00E023F5" w:rsidP="00803B6E">
            <w:pPr>
              <w:jc w:val="both"/>
              <w:rPr>
                <w:color w:val="EE0000"/>
              </w:rPr>
            </w:pPr>
          </w:p>
        </w:tc>
      </w:tr>
      <w:tr w:rsidR="00E023F5" w14:paraId="6452950C" w14:textId="77777777" w:rsidTr="00803B6E">
        <w:tc>
          <w:tcPr>
            <w:tcW w:w="934" w:type="pct"/>
          </w:tcPr>
          <w:p w14:paraId="5052EAE1" w14:textId="77777777" w:rsidR="00E023F5" w:rsidRDefault="00E023F5" w:rsidP="00803B6E">
            <w:pPr>
              <w:tabs>
                <w:tab w:val="left" w:pos="750"/>
              </w:tabs>
              <w:jc w:val="both"/>
            </w:pPr>
          </w:p>
        </w:tc>
        <w:tc>
          <w:tcPr>
            <w:tcW w:w="769" w:type="pct"/>
          </w:tcPr>
          <w:p w14:paraId="1809A81C" w14:textId="77777777" w:rsidR="00E023F5" w:rsidRDefault="00E023F5" w:rsidP="00803B6E">
            <w:pPr>
              <w:jc w:val="both"/>
            </w:pPr>
          </w:p>
        </w:tc>
        <w:tc>
          <w:tcPr>
            <w:tcW w:w="1018" w:type="pct"/>
          </w:tcPr>
          <w:p w14:paraId="45830301" w14:textId="77777777" w:rsidR="00E023F5" w:rsidRDefault="00E023F5" w:rsidP="00803B6E">
            <w:pPr>
              <w:jc w:val="both"/>
            </w:pPr>
          </w:p>
        </w:tc>
        <w:tc>
          <w:tcPr>
            <w:tcW w:w="2279" w:type="pct"/>
          </w:tcPr>
          <w:p w14:paraId="4E17061E" w14:textId="77777777" w:rsidR="00E023F5" w:rsidRDefault="00E023F5" w:rsidP="00803B6E">
            <w:pPr>
              <w:jc w:val="both"/>
            </w:pPr>
          </w:p>
        </w:tc>
      </w:tr>
      <w:tr w:rsidR="00E023F5" w14:paraId="6E77691B" w14:textId="77777777" w:rsidTr="00803B6E">
        <w:tc>
          <w:tcPr>
            <w:tcW w:w="934" w:type="pct"/>
          </w:tcPr>
          <w:p w14:paraId="4F2CD9A1" w14:textId="77777777" w:rsidR="00E023F5" w:rsidRDefault="00E023F5" w:rsidP="00803B6E">
            <w:pPr>
              <w:jc w:val="both"/>
            </w:pPr>
          </w:p>
        </w:tc>
        <w:tc>
          <w:tcPr>
            <w:tcW w:w="769" w:type="pct"/>
          </w:tcPr>
          <w:p w14:paraId="06A5E164" w14:textId="77777777" w:rsidR="00E023F5" w:rsidRDefault="00E023F5" w:rsidP="00803B6E">
            <w:pPr>
              <w:jc w:val="both"/>
            </w:pPr>
          </w:p>
        </w:tc>
        <w:tc>
          <w:tcPr>
            <w:tcW w:w="1018" w:type="pct"/>
          </w:tcPr>
          <w:p w14:paraId="24C45C06" w14:textId="77777777" w:rsidR="00E023F5" w:rsidRDefault="00E023F5" w:rsidP="00803B6E">
            <w:pPr>
              <w:jc w:val="both"/>
            </w:pPr>
          </w:p>
        </w:tc>
        <w:tc>
          <w:tcPr>
            <w:tcW w:w="2279" w:type="pct"/>
          </w:tcPr>
          <w:p w14:paraId="1C0B097B" w14:textId="77777777" w:rsidR="00E023F5" w:rsidRDefault="00E023F5" w:rsidP="00803B6E">
            <w:pPr>
              <w:jc w:val="both"/>
            </w:pPr>
          </w:p>
        </w:tc>
      </w:tr>
    </w:tbl>
    <w:p w14:paraId="6BDC343B" w14:textId="509A7CAD" w:rsidR="00D80B86" w:rsidRDefault="00D80B86" w:rsidP="00953C9D">
      <w:pPr>
        <w:spacing w:line="240" w:lineRule="auto"/>
        <w:jc w:val="both"/>
        <w:rPr>
          <w:b/>
          <w:bCs/>
        </w:rPr>
      </w:pPr>
      <w:r>
        <w:rPr>
          <w:b/>
          <w:bCs/>
        </w:rPr>
        <w:lastRenderedPageBreak/>
        <w:t xml:space="preserve">4. </w:t>
      </w:r>
      <w:r w:rsidR="00043CCF" w:rsidRPr="00D80B86">
        <w:rPr>
          <w:b/>
          <w:bCs/>
        </w:rPr>
        <w:t>ATUAÇÃO E EXPERIÊNCIA EM ORIENTAÇÃO DO CORPO DOCENTE</w:t>
      </w:r>
    </w:p>
    <w:tbl>
      <w:tblPr>
        <w:tblStyle w:val="Tabelacomgrade"/>
        <w:tblW w:w="0" w:type="auto"/>
        <w:tblInd w:w="38" w:type="dxa"/>
        <w:tblLook w:val="04A0" w:firstRow="1" w:lastRow="0" w:firstColumn="1" w:lastColumn="0" w:noHBand="0" w:noVBand="1"/>
      </w:tblPr>
      <w:tblGrid>
        <w:gridCol w:w="3614"/>
        <w:gridCol w:w="5528"/>
        <w:gridCol w:w="4003"/>
      </w:tblGrid>
      <w:tr w:rsidR="00E02C4F" w14:paraId="6D03DC79" w14:textId="77777777" w:rsidTr="00E11760">
        <w:tc>
          <w:tcPr>
            <w:tcW w:w="3614" w:type="dxa"/>
            <w:shd w:val="clear" w:color="auto" w:fill="D9D9D9" w:themeFill="background1" w:themeFillShade="D9"/>
            <w:vAlign w:val="center"/>
          </w:tcPr>
          <w:p w14:paraId="017975C6" w14:textId="30B8E82A" w:rsidR="00E02C4F" w:rsidRDefault="00E02C4F" w:rsidP="00043C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Nome do docente</w:t>
            </w:r>
          </w:p>
        </w:tc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BA7E9B3" w14:textId="50B7CEDE" w:rsidR="00E02C4F" w:rsidRDefault="00E02C4F" w:rsidP="00043CC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Nº de </w:t>
            </w:r>
            <w:r w:rsidR="00043CCF">
              <w:rPr>
                <w:b/>
                <w:bCs/>
              </w:rPr>
              <w:t xml:space="preserve">PPG em </w:t>
            </w:r>
            <w:r>
              <w:rPr>
                <w:b/>
                <w:bCs/>
              </w:rPr>
              <w:t xml:space="preserve">que atua como </w:t>
            </w:r>
            <w:r w:rsidR="00043CCF">
              <w:rPr>
                <w:b/>
                <w:bCs/>
              </w:rPr>
              <w:t xml:space="preserve">docente </w:t>
            </w:r>
            <w:r>
              <w:rPr>
                <w:b/>
                <w:bCs/>
              </w:rPr>
              <w:t>permanente (</w:t>
            </w:r>
            <w:r w:rsidR="00043CCF">
              <w:rPr>
                <w:b/>
                <w:bCs/>
              </w:rPr>
              <w:t xml:space="preserve">colocar </w:t>
            </w:r>
            <w:r>
              <w:rPr>
                <w:b/>
                <w:bCs/>
              </w:rPr>
              <w:t>nome</w:t>
            </w:r>
            <w:r w:rsidR="00043CCF">
              <w:rPr>
                <w:b/>
                <w:bCs/>
              </w:rPr>
              <w:t xml:space="preserve"> dos PPG</w:t>
            </w:r>
            <w:r>
              <w:rPr>
                <w:b/>
                <w:bCs/>
              </w:rPr>
              <w:t>)</w:t>
            </w:r>
          </w:p>
        </w:tc>
        <w:tc>
          <w:tcPr>
            <w:tcW w:w="4003" w:type="dxa"/>
            <w:shd w:val="clear" w:color="auto" w:fill="D9D9D9" w:themeFill="background1" w:themeFillShade="D9"/>
            <w:vAlign w:val="center"/>
          </w:tcPr>
          <w:p w14:paraId="63BD376A" w14:textId="3687F636" w:rsidR="00E02C4F" w:rsidRDefault="007D432D" w:rsidP="00043CCF">
            <w:pPr>
              <w:jc w:val="both"/>
              <w:rPr>
                <w:b/>
                <w:bCs/>
              </w:rPr>
            </w:pPr>
            <w:r w:rsidRPr="00422EE3">
              <w:rPr>
                <w:b/>
                <w:bCs/>
              </w:rPr>
              <w:t>Experiência em orientação</w:t>
            </w:r>
          </w:p>
        </w:tc>
      </w:tr>
      <w:tr w:rsidR="00D80B86" w14:paraId="0D56BAA8" w14:textId="77777777" w:rsidTr="00E11760">
        <w:tc>
          <w:tcPr>
            <w:tcW w:w="3614" w:type="dxa"/>
          </w:tcPr>
          <w:p w14:paraId="06E6DF8C" w14:textId="010ACDFA" w:rsidR="00D80B86" w:rsidRPr="00CC3F86" w:rsidRDefault="00E11760" w:rsidP="00953C9D">
            <w:pPr>
              <w:jc w:val="both"/>
              <w:rPr>
                <w:b/>
                <w:bCs/>
                <w:color w:val="EE0000"/>
              </w:rPr>
            </w:pPr>
            <w:r w:rsidRPr="00CC3F86">
              <w:rPr>
                <w:b/>
                <w:bCs/>
                <w:color w:val="EE0000"/>
              </w:rPr>
              <w:t>Fulano de tal</w:t>
            </w:r>
          </w:p>
        </w:tc>
        <w:tc>
          <w:tcPr>
            <w:tcW w:w="5528" w:type="dxa"/>
          </w:tcPr>
          <w:p w14:paraId="621AA006" w14:textId="208E0750" w:rsidR="00D80B86" w:rsidRPr="00CC3F86" w:rsidRDefault="00E11760" w:rsidP="00953C9D">
            <w:pPr>
              <w:jc w:val="both"/>
              <w:rPr>
                <w:b/>
                <w:bCs/>
                <w:color w:val="EE0000"/>
              </w:rPr>
            </w:pPr>
            <w:r w:rsidRPr="00CC3F86">
              <w:rPr>
                <w:b/>
                <w:bCs/>
                <w:color w:val="EE0000"/>
              </w:rPr>
              <w:t>3 programas: PPGCTA, PPGL e PPGP</w:t>
            </w:r>
          </w:p>
        </w:tc>
        <w:tc>
          <w:tcPr>
            <w:tcW w:w="4003" w:type="dxa"/>
          </w:tcPr>
          <w:p w14:paraId="3279FFCA" w14:textId="6D8730DC" w:rsidR="00D80B86" w:rsidRPr="00CC3F86" w:rsidRDefault="00CC3F86" w:rsidP="00953C9D">
            <w:pPr>
              <w:jc w:val="both"/>
              <w:rPr>
                <w:b/>
                <w:bCs/>
                <w:color w:val="EE0000"/>
              </w:rPr>
            </w:pPr>
            <w:r w:rsidRPr="00CC3F86">
              <w:rPr>
                <w:b/>
                <w:bCs/>
                <w:color w:val="EE0000"/>
              </w:rPr>
              <w:t>1 – IC; 5 Mestrado</w:t>
            </w:r>
          </w:p>
        </w:tc>
      </w:tr>
      <w:tr w:rsidR="00D80B86" w14:paraId="584E79D9" w14:textId="77777777" w:rsidTr="00E11760">
        <w:tc>
          <w:tcPr>
            <w:tcW w:w="3614" w:type="dxa"/>
          </w:tcPr>
          <w:p w14:paraId="0A78D5F8" w14:textId="77777777" w:rsidR="00D80B86" w:rsidRDefault="00D80B86" w:rsidP="00953C9D">
            <w:pPr>
              <w:jc w:val="both"/>
              <w:rPr>
                <w:b/>
                <w:bCs/>
              </w:rPr>
            </w:pPr>
          </w:p>
        </w:tc>
        <w:tc>
          <w:tcPr>
            <w:tcW w:w="5528" w:type="dxa"/>
          </w:tcPr>
          <w:p w14:paraId="58B53A39" w14:textId="77777777" w:rsidR="00D80B86" w:rsidRDefault="00D80B86" w:rsidP="00953C9D">
            <w:pPr>
              <w:jc w:val="both"/>
              <w:rPr>
                <w:b/>
                <w:bCs/>
              </w:rPr>
            </w:pPr>
          </w:p>
        </w:tc>
        <w:tc>
          <w:tcPr>
            <w:tcW w:w="4003" w:type="dxa"/>
          </w:tcPr>
          <w:p w14:paraId="3B878036" w14:textId="77777777" w:rsidR="00D80B86" w:rsidRDefault="00D80B86" w:rsidP="00953C9D">
            <w:pPr>
              <w:jc w:val="both"/>
              <w:rPr>
                <w:b/>
                <w:bCs/>
              </w:rPr>
            </w:pPr>
          </w:p>
        </w:tc>
      </w:tr>
      <w:tr w:rsidR="00D80B86" w14:paraId="1BBE3E65" w14:textId="77777777" w:rsidTr="00E11760">
        <w:tc>
          <w:tcPr>
            <w:tcW w:w="3614" w:type="dxa"/>
          </w:tcPr>
          <w:p w14:paraId="0F833B8C" w14:textId="77777777" w:rsidR="00D80B86" w:rsidRDefault="00D80B86" w:rsidP="00953C9D">
            <w:pPr>
              <w:jc w:val="both"/>
              <w:rPr>
                <w:b/>
                <w:bCs/>
              </w:rPr>
            </w:pPr>
          </w:p>
        </w:tc>
        <w:tc>
          <w:tcPr>
            <w:tcW w:w="5528" w:type="dxa"/>
          </w:tcPr>
          <w:p w14:paraId="38902FD8" w14:textId="77777777" w:rsidR="00D80B86" w:rsidRDefault="00D80B86" w:rsidP="00953C9D">
            <w:pPr>
              <w:jc w:val="both"/>
              <w:rPr>
                <w:b/>
                <w:bCs/>
              </w:rPr>
            </w:pPr>
          </w:p>
        </w:tc>
        <w:tc>
          <w:tcPr>
            <w:tcW w:w="4003" w:type="dxa"/>
          </w:tcPr>
          <w:p w14:paraId="0E883DF9" w14:textId="77777777" w:rsidR="00D80B86" w:rsidRDefault="00D80B86" w:rsidP="00953C9D">
            <w:pPr>
              <w:jc w:val="both"/>
              <w:rPr>
                <w:b/>
                <w:bCs/>
              </w:rPr>
            </w:pPr>
          </w:p>
        </w:tc>
      </w:tr>
    </w:tbl>
    <w:p w14:paraId="1952E09F" w14:textId="77777777" w:rsidR="00AB6BAD" w:rsidRDefault="00AB6BAD" w:rsidP="00AB6BAD">
      <w:pPr>
        <w:spacing w:line="240" w:lineRule="auto"/>
        <w:jc w:val="both"/>
      </w:pPr>
      <w:r>
        <w:rPr>
          <w:b/>
          <w:bCs/>
        </w:rPr>
        <w:t xml:space="preserve">Obs: </w:t>
      </w:r>
      <w:r w:rsidRPr="00797869">
        <w:t>As informações destacadas em vermelho são meramente exemplificativas e deverão ser substituídas pelos dados correspondentes a cada docente.</w:t>
      </w:r>
    </w:p>
    <w:p w14:paraId="5DDBF120" w14:textId="77777777" w:rsidR="00797869" w:rsidRDefault="00797869" w:rsidP="00953C9D">
      <w:pPr>
        <w:spacing w:line="240" w:lineRule="auto"/>
        <w:jc w:val="both"/>
        <w:rPr>
          <w:b/>
          <w:bCs/>
        </w:rPr>
      </w:pPr>
    </w:p>
    <w:sectPr w:rsidR="00797869" w:rsidSect="005D597C">
      <w:pgSz w:w="15840" w:h="12240" w:orient="landscape"/>
      <w:pgMar w:top="1701" w:right="170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D9D751F"/>
    <w:multiLevelType w:val="hybridMultilevel"/>
    <w:tmpl w:val="EE1C57C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9158138">
    <w:abstractNumId w:val="8"/>
  </w:num>
  <w:num w:numId="2" w16cid:durableId="1397821784">
    <w:abstractNumId w:val="6"/>
  </w:num>
  <w:num w:numId="3" w16cid:durableId="2144808789">
    <w:abstractNumId w:val="5"/>
  </w:num>
  <w:num w:numId="4" w16cid:durableId="2063017972">
    <w:abstractNumId w:val="4"/>
  </w:num>
  <w:num w:numId="5" w16cid:durableId="1876232950">
    <w:abstractNumId w:val="7"/>
  </w:num>
  <w:num w:numId="6" w16cid:durableId="410934885">
    <w:abstractNumId w:val="3"/>
  </w:num>
  <w:num w:numId="7" w16cid:durableId="1704937509">
    <w:abstractNumId w:val="2"/>
  </w:num>
  <w:num w:numId="8" w16cid:durableId="566036509">
    <w:abstractNumId w:val="1"/>
  </w:num>
  <w:num w:numId="9" w16cid:durableId="174880464">
    <w:abstractNumId w:val="0"/>
  </w:num>
  <w:num w:numId="10" w16cid:durableId="6178320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3CCF"/>
    <w:rsid w:val="0006063C"/>
    <w:rsid w:val="00070BA1"/>
    <w:rsid w:val="00071A92"/>
    <w:rsid w:val="000C365F"/>
    <w:rsid w:val="0015074B"/>
    <w:rsid w:val="001C501F"/>
    <w:rsid w:val="0029639D"/>
    <w:rsid w:val="002A31B9"/>
    <w:rsid w:val="002B09EA"/>
    <w:rsid w:val="002D479A"/>
    <w:rsid w:val="002F5122"/>
    <w:rsid w:val="0030595B"/>
    <w:rsid w:val="00316BD4"/>
    <w:rsid w:val="003228E2"/>
    <w:rsid w:val="00326F90"/>
    <w:rsid w:val="0032749A"/>
    <w:rsid w:val="003327E2"/>
    <w:rsid w:val="00357910"/>
    <w:rsid w:val="003D4906"/>
    <w:rsid w:val="004169B4"/>
    <w:rsid w:val="00422EE3"/>
    <w:rsid w:val="00433578"/>
    <w:rsid w:val="00491861"/>
    <w:rsid w:val="004926A8"/>
    <w:rsid w:val="004B27C0"/>
    <w:rsid w:val="004E20D7"/>
    <w:rsid w:val="004F59A9"/>
    <w:rsid w:val="00500989"/>
    <w:rsid w:val="00581F80"/>
    <w:rsid w:val="005D597C"/>
    <w:rsid w:val="005F75FF"/>
    <w:rsid w:val="00626AD7"/>
    <w:rsid w:val="00771E5D"/>
    <w:rsid w:val="00784D8B"/>
    <w:rsid w:val="00797869"/>
    <w:rsid w:val="007D432D"/>
    <w:rsid w:val="00814D1F"/>
    <w:rsid w:val="00870AB3"/>
    <w:rsid w:val="00896632"/>
    <w:rsid w:val="00953C9D"/>
    <w:rsid w:val="0097431D"/>
    <w:rsid w:val="009E5C81"/>
    <w:rsid w:val="009F41CC"/>
    <w:rsid w:val="00A85F2A"/>
    <w:rsid w:val="00AA1D8D"/>
    <w:rsid w:val="00AB6BAD"/>
    <w:rsid w:val="00AE3E24"/>
    <w:rsid w:val="00B001FE"/>
    <w:rsid w:val="00B01A7D"/>
    <w:rsid w:val="00B11717"/>
    <w:rsid w:val="00B47730"/>
    <w:rsid w:val="00B5172C"/>
    <w:rsid w:val="00B9025D"/>
    <w:rsid w:val="00C04590"/>
    <w:rsid w:val="00C826B2"/>
    <w:rsid w:val="00CB0664"/>
    <w:rsid w:val="00CC3F86"/>
    <w:rsid w:val="00D32426"/>
    <w:rsid w:val="00D662F6"/>
    <w:rsid w:val="00D80B86"/>
    <w:rsid w:val="00D848CB"/>
    <w:rsid w:val="00D9105A"/>
    <w:rsid w:val="00DC0B2A"/>
    <w:rsid w:val="00E023F5"/>
    <w:rsid w:val="00E02C4F"/>
    <w:rsid w:val="00E11760"/>
    <w:rsid w:val="00E726FF"/>
    <w:rsid w:val="00E76149"/>
    <w:rsid w:val="00EE516D"/>
    <w:rsid w:val="00F15930"/>
    <w:rsid w:val="00F84E42"/>
    <w:rsid w:val="00FC09B3"/>
    <w:rsid w:val="00FC693F"/>
    <w:rsid w:val="00FD5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EF3383"/>
  <w14:defaultImageDpi w14:val="300"/>
  <w15:docId w15:val="{D15B0519-8149-4A86-95D3-A3407B842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581F8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81F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v.br/capes/pt-br/acesso-a-informacao/acoes-e-programas/avaliacao/sobre-a-avaliacao/areas-avaliacao/sobre-as-areas-de-avaliacao/sobre-as-areas-de-avaliaca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507</Words>
  <Characters>2744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3245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ufpa</cp:lastModifiedBy>
  <cp:revision>55</cp:revision>
  <dcterms:created xsi:type="dcterms:W3CDTF">2013-12-23T23:15:00Z</dcterms:created>
  <dcterms:modified xsi:type="dcterms:W3CDTF">2026-09-01T18:52:00Z</dcterms:modified>
  <cp:category/>
</cp:coreProperties>
</file>